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206F4" w14:textId="3CFB7794" w:rsidR="000C0B47" w:rsidRPr="00251EA2" w:rsidRDefault="00CC78CB" w:rsidP="00FF28D4">
      <w:pPr>
        <w:pStyle w:val="Title"/>
        <w:jc w:val="center"/>
        <w:rPr>
          <w:sz w:val="36"/>
          <w:szCs w:val="36"/>
        </w:rPr>
      </w:pPr>
      <w:r w:rsidRPr="00251EA2">
        <w:rPr>
          <w:noProof/>
          <w:sz w:val="36"/>
          <w:szCs w:val="36"/>
        </w:rPr>
        <w:drawing>
          <wp:anchor distT="0" distB="0" distL="114300" distR="114300" simplePos="0" relativeHeight="251575808" behindDoc="1" locked="0" layoutInCell="1" allowOverlap="1" wp14:anchorId="76F869B0" wp14:editId="509E1F38">
            <wp:simplePos x="0" y="0"/>
            <wp:positionH relativeFrom="column">
              <wp:posOffset>2286000</wp:posOffset>
            </wp:positionH>
            <wp:positionV relativeFrom="paragraph">
              <wp:posOffset>-845820</wp:posOffset>
            </wp:positionV>
            <wp:extent cx="909801" cy="891540"/>
            <wp:effectExtent l="0" t="0" r="5080" b="3810"/>
            <wp:wrapNone/>
            <wp:docPr id="145195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53857" name="Picture 1451953857"/>
                    <pic:cNvPicPr/>
                  </pic:nvPicPr>
                  <pic:blipFill>
                    <a:blip r:embed="rId8"/>
                    <a:stretch>
                      <a:fillRect/>
                    </a:stretch>
                  </pic:blipFill>
                  <pic:spPr>
                    <a:xfrm>
                      <a:off x="0" y="0"/>
                      <a:ext cx="909801" cy="891540"/>
                    </a:xfrm>
                    <a:prstGeom prst="rect">
                      <a:avLst/>
                    </a:prstGeom>
                  </pic:spPr>
                </pic:pic>
              </a:graphicData>
            </a:graphic>
            <wp14:sizeRelH relativeFrom="margin">
              <wp14:pctWidth>0</wp14:pctWidth>
            </wp14:sizeRelH>
            <wp14:sizeRelV relativeFrom="margin">
              <wp14:pctHeight>0</wp14:pctHeight>
            </wp14:sizeRelV>
          </wp:anchor>
        </w:drawing>
      </w:r>
      <w:r w:rsidR="006927FB" w:rsidRPr="00251EA2">
        <w:rPr>
          <w:sz w:val="36"/>
          <w:szCs w:val="36"/>
        </w:rPr>
        <w:t>W</w:t>
      </w:r>
      <w:r w:rsidRPr="00251EA2">
        <w:rPr>
          <w:sz w:val="36"/>
          <w:szCs w:val="36"/>
        </w:rPr>
        <w:t>YLSC Soccer Coach Application Form</w:t>
      </w:r>
    </w:p>
    <w:p w14:paraId="1F07C6F4" w14:textId="0EC1EA3C" w:rsidR="006174E6" w:rsidRPr="006174E6" w:rsidRDefault="006174E6" w:rsidP="00251EA2">
      <w:pPr>
        <w:pStyle w:val="Heading1"/>
        <w:spacing w:before="240"/>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WLYSC is</w:t>
      </w:r>
      <w:r w:rsidRPr="006174E6">
        <w:rPr>
          <w:rFonts w:asciiTheme="minorHAnsi" w:eastAsiaTheme="minorEastAsia" w:hAnsiTheme="minorHAnsi" w:cstheme="minorBidi"/>
          <w:b w:val="0"/>
          <w:bCs w:val="0"/>
          <w:color w:val="auto"/>
          <w:sz w:val="22"/>
          <w:szCs w:val="22"/>
        </w:rPr>
        <w:t xml:space="preserve"> committed to fostering a high-quality, inclusive, and development-focused soccer environment for all players. As part of our commitment to continuous improvement, all coaching positions are reviewed and renewed on an annual basis.</w:t>
      </w:r>
      <w:r>
        <w:rPr>
          <w:rFonts w:asciiTheme="minorHAnsi" w:eastAsiaTheme="minorEastAsia" w:hAnsiTheme="minorHAnsi" w:cstheme="minorBidi"/>
          <w:b w:val="0"/>
          <w:bCs w:val="0"/>
          <w:color w:val="auto"/>
          <w:sz w:val="22"/>
          <w:szCs w:val="22"/>
        </w:rPr>
        <w:t xml:space="preserve"> </w:t>
      </w:r>
      <w:r w:rsidRPr="006174E6">
        <w:rPr>
          <w:rFonts w:asciiTheme="minorHAnsi" w:eastAsiaTheme="minorEastAsia" w:hAnsiTheme="minorHAnsi" w:cstheme="minorBidi"/>
          <w:b w:val="0"/>
          <w:bCs w:val="0"/>
          <w:color w:val="auto"/>
          <w:sz w:val="22"/>
          <w:szCs w:val="22"/>
        </w:rPr>
        <w:t>Coaches are required to reapply each season, regardless of whether they held a position in the previous year. This process ensures we remain transparent, equitable, and aligned with the evolving needs of our players and programs.</w:t>
      </w:r>
      <w:r w:rsidR="006D44FF">
        <w:rPr>
          <w:rFonts w:asciiTheme="minorHAnsi" w:eastAsiaTheme="minorEastAsia" w:hAnsiTheme="minorHAnsi" w:cstheme="minorBidi"/>
          <w:b w:val="0"/>
          <w:bCs w:val="0"/>
          <w:color w:val="auto"/>
          <w:sz w:val="22"/>
          <w:szCs w:val="22"/>
        </w:rPr>
        <w:t xml:space="preserve"> </w:t>
      </w:r>
      <w:r w:rsidRPr="006174E6">
        <w:rPr>
          <w:rFonts w:asciiTheme="minorHAnsi" w:eastAsiaTheme="minorEastAsia" w:hAnsiTheme="minorHAnsi" w:cstheme="minorBidi"/>
          <w:b w:val="0"/>
          <w:bCs w:val="0"/>
          <w:color w:val="auto"/>
          <w:sz w:val="22"/>
          <w:szCs w:val="22"/>
        </w:rPr>
        <w:t>Please note that returning coaches are not guaranteed automatic placement. All applications will be reviewed based on qualifications, past performance, alignment with club values, and the needs of the upcoming season.</w:t>
      </w:r>
    </w:p>
    <w:p w14:paraId="59B1BA59" w14:textId="7B5FA347" w:rsidR="000C0B47" w:rsidRDefault="00F54CD5" w:rsidP="00251EA2">
      <w:pPr>
        <w:pStyle w:val="Heading1"/>
        <w:spacing w:before="240"/>
      </w:pPr>
      <w:r>
        <w:t>1. Personal Information</w:t>
      </w:r>
    </w:p>
    <w:tbl>
      <w:tblPr>
        <w:tblStyle w:val="TableGrid"/>
        <w:tblW w:w="9734" w:type="dxa"/>
        <w:tblLook w:val="04A0" w:firstRow="1" w:lastRow="0" w:firstColumn="1" w:lastColumn="0" w:noHBand="0" w:noVBand="1"/>
      </w:tblPr>
      <w:tblGrid>
        <w:gridCol w:w="2376"/>
        <w:gridCol w:w="7358"/>
      </w:tblGrid>
      <w:tr w:rsidR="000C0B47" w14:paraId="19E3E9A8" w14:textId="77777777" w:rsidTr="006927FB">
        <w:trPr>
          <w:trHeight w:val="402"/>
        </w:trPr>
        <w:tc>
          <w:tcPr>
            <w:tcW w:w="2376" w:type="dxa"/>
          </w:tcPr>
          <w:p w14:paraId="1246BDE7" w14:textId="77777777" w:rsidR="000C0B47" w:rsidRDefault="00F54CD5">
            <w:r>
              <w:t>Full Name:</w:t>
            </w:r>
          </w:p>
        </w:tc>
        <w:sdt>
          <w:sdtPr>
            <w:id w:val="-526944096"/>
            <w:placeholder>
              <w:docPart w:val="53AA422ACEAF4F4B8BE452C699D9D3C4"/>
            </w:placeholder>
            <w:showingPlcHdr/>
            <w:text/>
          </w:sdtPr>
          <w:sdtContent>
            <w:tc>
              <w:tcPr>
                <w:tcW w:w="7358" w:type="dxa"/>
              </w:tcPr>
              <w:p w14:paraId="3EF00B07" w14:textId="727ABD0F" w:rsidR="000C0B47" w:rsidRDefault="00B37727">
                <w:r w:rsidRPr="00537927">
                  <w:rPr>
                    <w:rStyle w:val="PlaceholderText"/>
                  </w:rPr>
                  <w:t>Click or tap here to enter text.</w:t>
                </w:r>
              </w:p>
            </w:tc>
          </w:sdtContent>
        </w:sdt>
      </w:tr>
      <w:tr w:rsidR="000C0B47" w14:paraId="46992212" w14:textId="77777777" w:rsidTr="006927FB">
        <w:trPr>
          <w:trHeight w:val="298"/>
        </w:trPr>
        <w:tc>
          <w:tcPr>
            <w:tcW w:w="2376" w:type="dxa"/>
          </w:tcPr>
          <w:p w14:paraId="57878AE7" w14:textId="77777777" w:rsidR="000C0B47" w:rsidRDefault="00F54CD5">
            <w:r>
              <w:t>Date of Birth (DD/MM/YYYY):</w:t>
            </w:r>
          </w:p>
        </w:tc>
        <w:tc>
          <w:tcPr>
            <w:tcW w:w="7358" w:type="dxa"/>
          </w:tcPr>
          <w:p w14:paraId="05E89497" w14:textId="20263CB5" w:rsidR="000C0B47" w:rsidRDefault="00000000">
            <w:sdt>
              <w:sdtPr>
                <w:id w:val="-389336644"/>
                <w:placeholder>
                  <w:docPart w:val="EDCE972068444328941E4FEDEB038D1A"/>
                </w:placeholder>
                <w:showingPlcHdr/>
                <w:text/>
              </w:sdtPr>
              <w:sdtContent>
                <w:r w:rsidR="00B37727" w:rsidRPr="00537927">
                  <w:rPr>
                    <w:rStyle w:val="PlaceholderText"/>
                  </w:rPr>
                  <w:t>Click or tap here to enter text.</w:t>
                </w:r>
              </w:sdtContent>
            </w:sdt>
            <w:r w:rsidR="006927FB">
              <w:t xml:space="preserve">                                                </w:t>
            </w:r>
          </w:p>
        </w:tc>
      </w:tr>
      <w:tr w:rsidR="000C0B47" w14:paraId="08FCD7B3" w14:textId="77777777" w:rsidTr="006927FB">
        <w:trPr>
          <w:trHeight w:val="386"/>
        </w:trPr>
        <w:tc>
          <w:tcPr>
            <w:tcW w:w="2376" w:type="dxa"/>
          </w:tcPr>
          <w:p w14:paraId="7BBCF5BC" w14:textId="77777777" w:rsidR="000C0B47" w:rsidRDefault="00F54CD5">
            <w:r>
              <w:t>Email Address:</w:t>
            </w:r>
          </w:p>
        </w:tc>
        <w:tc>
          <w:tcPr>
            <w:tcW w:w="7358" w:type="dxa"/>
          </w:tcPr>
          <w:p w14:paraId="1B2C2E67" w14:textId="026F5A46" w:rsidR="000C0B47" w:rsidRDefault="00000000">
            <w:sdt>
              <w:sdtPr>
                <w:id w:val="1802494567"/>
                <w:placeholder>
                  <w:docPart w:val="B3F3F82DA05A4D24B96238C0895739E5"/>
                </w:placeholder>
                <w:showingPlcHdr/>
                <w:text/>
              </w:sdtPr>
              <w:sdtContent>
                <w:r w:rsidR="00B37727" w:rsidRPr="00537927">
                  <w:rPr>
                    <w:rStyle w:val="PlaceholderText"/>
                  </w:rPr>
                  <w:t>Click or tap here to enter text.</w:t>
                </w:r>
              </w:sdtContent>
            </w:sdt>
            <w:r w:rsidR="006927FB">
              <w:t xml:space="preserve">                                                 </w:t>
            </w:r>
          </w:p>
        </w:tc>
      </w:tr>
      <w:tr w:rsidR="000C0B47" w14:paraId="588A5CD4" w14:textId="77777777" w:rsidTr="006927FB">
        <w:trPr>
          <w:trHeight w:val="386"/>
        </w:trPr>
        <w:tc>
          <w:tcPr>
            <w:tcW w:w="2376" w:type="dxa"/>
          </w:tcPr>
          <w:p w14:paraId="66EB9CEE" w14:textId="77777777" w:rsidR="000C0B47" w:rsidRDefault="00F54CD5">
            <w:r>
              <w:t>Phone Number:</w:t>
            </w:r>
          </w:p>
        </w:tc>
        <w:tc>
          <w:tcPr>
            <w:tcW w:w="7358" w:type="dxa"/>
          </w:tcPr>
          <w:p w14:paraId="77F04B6C" w14:textId="500B5A5D" w:rsidR="000C0B47" w:rsidRDefault="00000000">
            <w:sdt>
              <w:sdtPr>
                <w:id w:val="453844456"/>
                <w:placeholder>
                  <w:docPart w:val="E00E3E1AE27043F89A38A4E8FE4B17B9"/>
                </w:placeholder>
                <w:showingPlcHdr/>
                <w:text/>
              </w:sdtPr>
              <w:sdtContent>
                <w:r w:rsidR="00B37727" w:rsidRPr="00537927">
                  <w:rPr>
                    <w:rStyle w:val="PlaceholderText"/>
                  </w:rPr>
                  <w:t>Click or tap here to enter text.</w:t>
                </w:r>
              </w:sdtContent>
            </w:sdt>
            <w:r w:rsidR="006927FB">
              <w:t xml:space="preserve">                                             </w:t>
            </w:r>
          </w:p>
        </w:tc>
      </w:tr>
      <w:tr w:rsidR="000C0B47" w14:paraId="766B4422" w14:textId="77777777" w:rsidTr="006927FB">
        <w:trPr>
          <w:trHeight w:val="404"/>
        </w:trPr>
        <w:tc>
          <w:tcPr>
            <w:tcW w:w="2376" w:type="dxa"/>
          </w:tcPr>
          <w:p w14:paraId="4F180EC0" w14:textId="21593109" w:rsidR="000C0B47" w:rsidRDefault="00F54CD5">
            <w:r>
              <w:t>Address:</w:t>
            </w:r>
          </w:p>
        </w:tc>
        <w:tc>
          <w:tcPr>
            <w:tcW w:w="7358" w:type="dxa"/>
          </w:tcPr>
          <w:p w14:paraId="68FABE81" w14:textId="2EB3CD2E" w:rsidR="000C0B47" w:rsidRDefault="00000000">
            <w:sdt>
              <w:sdtPr>
                <w:id w:val="-1966726538"/>
                <w:placeholder>
                  <w:docPart w:val="4534C50411AE46D98BCD75B63F5675EB"/>
                </w:placeholder>
                <w:showingPlcHdr/>
                <w:text/>
              </w:sdtPr>
              <w:sdtContent>
                <w:r w:rsidR="00B37727" w:rsidRPr="00537927">
                  <w:rPr>
                    <w:rStyle w:val="PlaceholderText"/>
                  </w:rPr>
                  <w:t>Click or tap here to enter text.</w:t>
                </w:r>
              </w:sdtContent>
            </w:sdt>
            <w:r w:rsidR="006927FB">
              <w:t xml:space="preserve">                                </w:t>
            </w:r>
          </w:p>
        </w:tc>
      </w:tr>
      <w:tr w:rsidR="000C0B47" w14:paraId="6F366CE2" w14:textId="77777777" w:rsidTr="006927FB">
        <w:trPr>
          <w:trHeight w:val="386"/>
        </w:trPr>
        <w:tc>
          <w:tcPr>
            <w:tcW w:w="2376" w:type="dxa"/>
          </w:tcPr>
          <w:p w14:paraId="0C21D46D" w14:textId="75BAE38F" w:rsidR="000C0B47" w:rsidRDefault="00F54CD5">
            <w:r>
              <w:t>City:</w:t>
            </w:r>
          </w:p>
        </w:tc>
        <w:tc>
          <w:tcPr>
            <w:tcW w:w="7358" w:type="dxa"/>
          </w:tcPr>
          <w:p w14:paraId="08DF07AF" w14:textId="4B24D155" w:rsidR="000C0B47" w:rsidRDefault="00000000">
            <w:sdt>
              <w:sdtPr>
                <w:id w:val="-533733604"/>
                <w:placeholder>
                  <w:docPart w:val="66A0958A99E44FE8B22B493BD7A3B517"/>
                </w:placeholder>
                <w:showingPlcHdr/>
                <w:text/>
              </w:sdtPr>
              <w:sdtContent>
                <w:r w:rsidR="00B37727" w:rsidRPr="00537927">
                  <w:rPr>
                    <w:rStyle w:val="PlaceholderText"/>
                  </w:rPr>
                  <w:t>Click or tap here to enter text.</w:t>
                </w:r>
              </w:sdtContent>
            </w:sdt>
            <w:r w:rsidR="006927FB">
              <w:t xml:space="preserve">                                       </w:t>
            </w:r>
          </w:p>
        </w:tc>
      </w:tr>
      <w:tr w:rsidR="000C0B47" w14:paraId="3356ED83" w14:textId="77777777" w:rsidTr="006927FB">
        <w:trPr>
          <w:trHeight w:val="386"/>
        </w:trPr>
        <w:tc>
          <w:tcPr>
            <w:tcW w:w="2376" w:type="dxa"/>
          </w:tcPr>
          <w:p w14:paraId="15FC0FAB" w14:textId="56D4B697" w:rsidR="000C0B47" w:rsidRDefault="00F54CD5">
            <w:r>
              <w:t>Postal Code:</w:t>
            </w:r>
          </w:p>
        </w:tc>
        <w:tc>
          <w:tcPr>
            <w:tcW w:w="7358" w:type="dxa"/>
          </w:tcPr>
          <w:p w14:paraId="01F1C673" w14:textId="2E3902C3" w:rsidR="000C0B47" w:rsidRDefault="00000000">
            <w:sdt>
              <w:sdtPr>
                <w:id w:val="-1914774368"/>
                <w:placeholder>
                  <w:docPart w:val="7E692C7F760145CE88BC2D4A48510C28"/>
                </w:placeholder>
                <w:showingPlcHdr/>
                <w:text/>
              </w:sdtPr>
              <w:sdtContent>
                <w:r w:rsidR="00B37727" w:rsidRPr="00537927">
                  <w:rPr>
                    <w:rStyle w:val="PlaceholderText"/>
                  </w:rPr>
                  <w:t>Click or tap here to enter text.</w:t>
                </w:r>
              </w:sdtContent>
            </w:sdt>
            <w:r w:rsidR="006927FB">
              <w:t xml:space="preserve">                                 </w:t>
            </w:r>
          </w:p>
        </w:tc>
      </w:tr>
      <w:tr w:rsidR="00CC78CB" w14:paraId="20530654" w14:textId="77777777" w:rsidTr="006927FB">
        <w:trPr>
          <w:trHeight w:val="386"/>
        </w:trPr>
        <w:tc>
          <w:tcPr>
            <w:tcW w:w="2376" w:type="dxa"/>
          </w:tcPr>
          <w:p w14:paraId="6DA2EC94" w14:textId="5F3DC8EE" w:rsidR="00CC78CB" w:rsidRDefault="00CC78CB">
            <w:r>
              <w:t xml:space="preserve">NCCP #: </w:t>
            </w:r>
          </w:p>
        </w:tc>
        <w:sdt>
          <w:sdtPr>
            <w:id w:val="-1684743151"/>
            <w:placeholder>
              <w:docPart w:val="320CDEE611584A5398D9B1105C22F820"/>
            </w:placeholder>
            <w:showingPlcHdr/>
            <w:text/>
          </w:sdtPr>
          <w:sdtContent>
            <w:tc>
              <w:tcPr>
                <w:tcW w:w="7358" w:type="dxa"/>
              </w:tcPr>
              <w:p w14:paraId="1E5AE6C0" w14:textId="7057F14F" w:rsidR="00CC78CB" w:rsidRDefault="00B37727">
                <w:r w:rsidRPr="00537927">
                  <w:rPr>
                    <w:rStyle w:val="PlaceholderText"/>
                  </w:rPr>
                  <w:t>Click or tap here to enter text.</w:t>
                </w:r>
              </w:p>
            </w:tc>
          </w:sdtContent>
        </w:sdt>
      </w:tr>
    </w:tbl>
    <w:p w14:paraId="18901B30" w14:textId="7DC815FE" w:rsidR="000C0B47" w:rsidRDefault="006927FB" w:rsidP="00251EA2">
      <w:pPr>
        <w:pStyle w:val="Heading1"/>
        <w:spacing w:before="240"/>
      </w:pPr>
      <w:r>
        <w:t>2. Coaching Position Details</w:t>
      </w:r>
    </w:p>
    <w:p w14:paraId="26574EAB" w14:textId="65C1F6C5" w:rsidR="00162968" w:rsidRDefault="00162968">
      <w:pPr>
        <w:rPr>
          <w:b/>
          <w:bCs/>
        </w:rPr>
      </w:pPr>
      <w:r>
        <w:rPr>
          <w:b/>
          <w:bCs/>
        </w:rPr>
        <w:t xml:space="preserve">Program Level: </w:t>
      </w:r>
      <w:sdt>
        <w:sdtPr>
          <w:id w:val="260114093"/>
          <w14:checkbox>
            <w14:checked w14:val="0"/>
            <w14:checkedState w14:val="2612" w14:font="MS Gothic"/>
            <w14:uncheckedState w14:val="2610" w14:font="MS Gothic"/>
          </w14:checkbox>
        </w:sdtPr>
        <w:sdtContent>
          <w:r w:rsidRPr="00162968">
            <w:rPr>
              <w:rFonts w:ascii="MS Gothic" w:eastAsia="MS Gothic" w:hAnsi="MS Gothic" w:hint="eastAsia"/>
            </w:rPr>
            <w:t>☐</w:t>
          </w:r>
        </w:sdtContent>
      </w:sdt>
      <w:proofErr w:type="gramStart"/>
      <w:r w:rsidRPr="00162968">
        <w:t>Travel(</w:t>
      </w:r>
      <w:proofErr w:type="gramEnd"/>
      <w:r w:rsidRPr="00162968">
        <w:t xml:space="preserve">Competitive) </w:t>
      </w:r>
      <w:sdt>
        <w:sdtPr>
          <w:id w:val="-529488481"/>
          <w14:checkbox>
            <w14:checked w14:val="0"/>
            <w14:checkedState w14:val="2612" w14:font="MS Gothic"/>
            <w14:uncheckedState w14:val="2610" w14:font="MS Gothic"/>
          </w14:checkbox>
        </w:sdtPr>
        <w:sdtContent>
          <w:r w:rsidRPr="00162968">
            <w:rPr>
              <w:rFonts w:ascii="MS Gothic" w:eastAsia="MS Gothic" w:hAnsi="MS Gothic" w:hint="eastAsia"/>
            </w:rPr>
            <w:t>☐</w:t>
          </w:r>
        </w:sdtContent>
      </w:sdt>
      <w:r w:rsidRPr="00162968">
        <w:t xml:space="preserve">House League (recreational) </w:t>
      </w:r>
      <w:sdt>
        <w:sdtPr>
          <w:id w:val="1212465088"/>
          <w14:checkbox>
            <w14:checked w14:val="0"/>
            <w14:checkedState w14:val="2612" w14:font="MS Gothic"/>
            <w14:uncheckedState w14:val="2610" w14:font="MS Gothic"/>
          </w14:checkbox>
        </w:sdtPr>
        <w:sdtContent>
          <w:r w:rsidRPr="00162968">
            <w:rPr>
              <w:rFonts w:ascii="MS Gothic" w:eastAsia="MS Gothic" w:hAnsi="MS Gothic" w:hint="eastAsia"/>
            </w:rPr>
            <w:t>☐</w:t>
          </w:r>
        </w:sdtContent>
      </w:sdt>
      <w:r w:rsidRPr="00162968">
        <w:t xml:space="preserve"> Either/Open to both</w:t>
      </w:r>
    </w:p>
    <w:p w14:paraId="6B6FCA2A" w14:textId="4070115F" w:rsidR="000C0B47" w:rsidRDefault="006174E6">
      <w:r w:rsidRPr="00A8327C">
        <w:rPr>
          <w:b/>
          <w:bCs/>
        </w:rPr>
        <w:t>Preferred Role:</w:t>
      </w:r>
      <w:r w:rsidR="003C3C03">
        <w:rPr>
          <w:b/>
          <w:bCs/>
        </w:rPr>
        <w:t xml:space="preserve"> </w:t>
      </w:r>
      <w:sdt>
        <w:sdtPr>
          <w:rPr>
            <w:b/>
            <w:bCs/>
          </w:rPr>
          <w:id w:val="-1551378625"/>
          <w14:checkbox>
            <w14:checked w14:val="0"/>
            <w14:checkedState w14:val="2612" w14:font="MS Gothic"/>
            <w14:uncheckedState w14:val="2610" w14:font="MS Gothic"/>
          </w14:checkbox>
        </w:sdtPr>
        <w:sdtContent>
          <w:r w:rsidR="003C3C03">
            <w:rPr>
              <w:rFonts w:ascii="MS Gothic" w:eastAsia="MS Gothic" w:hAnsi="MS Gothic" w:hint="eastAsia"/>
              <w:b/>
              <w:bCs/>
            </w:rPr>
            <w:t>☐</w:t>
          </w:r>
        </w:sdtContent>
      </w:sdt>
      <w:r>
        <w:t xml:space="preserve">Head Coach  </w:t>
      </w:r>
      <w:sdt>
        <w:sdtPr>
          <w:id w:val="-1447848357"/>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 xml:space="preserve">Assistant Coach   </w:t>
      </w:r>
      <w:sdt>
        <w:sdtPr>
          <w:id w:val="-931208656"/>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 xml:space="preserve">Goalkeeper Coach  </w:t>
      </w:r>
      <w:sdt>
        <w:sdtPr>
          <w:id w:val="-273866294"/>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 xml:space="preserve">Other: </w:t>
      </w:r>
      <w:sdt>
        <w:sdtPr>
          <w:id w:val="1328099661"/>
          <w:placeholder>
            <w:docPart w:val="2E5B4ACDA13248B68653B1EE9DD547EE"/>
          </w:placeholder>
          <w:showingPlcHdr/>
          <w:text/>
        </w:sdtPr>
        <w:sdtContent>
          <w:r w:rsidR="00B37727" w:rsidRPr="00537927">
            <w:rPr>
              <w:rStyle w:val="PlaceholderText"/>
            </w:rPr>
            <w:t>Click or tap here to enter text.</w:t>
          </w:r>
        </w:sdtContent>
      </w:sdt>
    </w:p>
    <w:p w14:paraId="2B3D6E49" w14:textId="6316D5BC" w:rsidR="004662D0" w:rsidRDefault="00F54CD5">
      <w:r w:rsidRPr="00A8327C">
        <w:rPr>
          <w:b/>
          <w:bCs/>
        </w:rPr>
        <w:t>Preferred Age Group(s):</w:t>
      </w:r>
      <w:r>
        <w:t xml:space="preserve"> </w:t>
      </w:r>
      <w:r w:rsidR="000A5627">
        <w:t xml:space="preserve"> </w:t>
      </w:r>
      <w:sdt>
        <w:sdtPr>
          <w:id w:val="-505750223"/>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U6</w:t>
      </w:r>
      <w:r w:rsidR="000A5627">
        <w:t xml:space="preserve"> </w:t>
      </w:r>
      <w:sdt>
        <w:sdtPr>
          <w:id w:val="44502638"/>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U7 </w:t>
      </w:r>
      <w:sdt>
        <w:sdtPr>
          <w:id w:val="2101294815"/>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U8</w:t>
      </w:r>
      <w:r w:rsidR="000A5627">
        <w:t xml:space="preserve"> </w:t>
      </w:r>
      <w:sdt>
        <w:sdtPr>
          <w:id w:val="1796565174"/>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U9</w:t>
      </w:r>
      <w:r w:rsidR="000A5627">
        <w:t xml:space="preserve"> </w:t>
      </w:r>
      <w:sdt>
        <w:sdtPr>
          <w:id w:val="1099757362"/>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U10 </w:t>
      </w:r>
      <w:sdt>
        <w:sdtPr>
          <w:id w:val="1882893109"/>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U11 </w:t>
      </w:r>
      <w:sdt>
        <w:sdtPr>
          <w:id w:val="-1090691323"/>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U1</w:t>
      </w:r>
      <w:r w:rsidR="000A5627">
        <w:t>2</w:t>
      </w:r>
      <w:r>
        <w:t xml:space="preserve">  </w:t>
      </w:r>
      <w:sdt>
        <w:sdtPr>
          <w:id w:val="1869017499"/>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U13</w:t>
      </w:r>
      <w:r w:rsidR="000A5627">
        <w:t xml:space="preserve"> </w:t>
      </w:r>
      <w:sdt>
        <w:sdtPr>
          <w:id w:val="-2086373059"/>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U14 </w:t>
      </w:r>
      <w:sdt>
        <w:sdtPr>
          <w:id w:val="-710262508"/>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U15 </w:t>
      </w:r>
      <w:sdt>
        <w:sdtPr>
          <w:id w:val="-1222668510"/>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U16 </w:t>
      </w:r>
      <w:sdt>
        <w:sdtPr>
          <w:id w:val="-1436125730"/>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0A5627">
        <w:t xml:space="preserve">U17 </w:t>
      </w:r>
      <w:sdt>
        <w:sdtPr>
          <w:id w:val="1455055993"/>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U18</w:t>
      </w:r>
    </w:p>
    <w:p w14:paraId="3AABA345" w14:textId="7440B4F6" w:rsidR="000C0B47" w:rsidRDefault="004662D0">
      <w:r w:rsidRPr="00A8327C">
        <w:rPr>
          <w:b/>
          <w:bCs/>
        </w:rPr>
        <w:t>Gender:</w:t>
      </w:r>
      <w:r>
        <w:t xml:space="preserve"> </w:t>
      </w:r>
      <w:sdt>
        <w:sdtPr>
          <w:id w:val="-1750271863"/>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 xml:space="preserve">Boys  </w:t>
      </w:r>
      <w:sdt>
        <w:sdtPr>
          <w:id w:val="-707730725"/>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 xml:space="preserve">Girls  </w:t>
      </w:r>
      <w:sdt>
        <w:sdtPr>
          <w:id w:val="56835991"/>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No Preference</w:t>
      </w:r>
    </w:p>
    <w:p w14:paraId="6836A18F" w14:textId="514439CE" w:rsidR="006A690D" w:rsidRDefault="008B4AC4">
      <w:r>
        <w:rPr>
          <w:b/>
          <w:bCs/>
        </w:rPr>
        <w:t xml:space="preserve">Preferred </w:t>
      </w:r>
      <w:r w:rsidR="006A690D" w:rsidRPr="00A8327C">
        <w:rPr>
          <w:b/>
          <w:bCs/>
        </w:rPr>
        <w:t>Level of play:</w:t>
      </w:r>
      <w:r w:rsidR="006A690D">
        <w:t xml:space="preserve"> </w:t>
      </w:r>
      <w:sdt>
        <w:sdtPr>
          <w:id w:val="-751812047"/>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6A690D">
        <w:t xml:space="preserve">Development </w:t>
      </w:r>
      <w:sdt>
        <w:sdtPr>
          <w:id w:val="-1661763581"/>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rsidR="006A690D">
        <w:t>Target</w:t>
      </w:r>
      <w:r>
        <w:t xml:space="preserve"> /  </w:t>
      </w:r>
      <w:sdt>
        <w:sdtPr>
          <w:id w:val="-379790789"/>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 xml:space="preserve">Tier 1 </w:t>
      </w:r>
      <w:sdt>
        <w:sdtPr>
          <w:id w:val="1800111193"/>
          <w14:checkbox>
            <w14:checked w14:val="0"/>
            <w14:checkedState w14:val="2612" w14:font="MS Gothic"/>
            <w14:uncheckedState w14:val="2610" w14:font="MS Gothic"/>
          </w14:checkbox>
        </w:sdtPr>
        <w:sdtContent>
          <w:r w:rsidR="003C3C03">
            <w:rPr>
              <w:rFonts w:ascii="MS Gothic" w:eastAsia="MS Gothic" w:hAnsi="MS Gothic" w:hint="eastAsia"/>
            </w:rPr>
            <w:t>☐</w:t>
          </w:r>
        </w:sdtContent>
      </w:sdt>
      <w:r>
        <w:t>Tier 2</w:t>
      </w:r>
    </w:p>
    <w:p w14:paraId="49099D38" w14:textId="77777777" w:rsidR="000C0B47" w:rsidRDefault="00F54CD5" w:rsidP="00251EA2">
      <w:pPr>
        <w:pStyle w:val="Heading1"/>
        <w:spacing w:before="240"/>
      </w:pPr>
      <w:r>
        <w:t>3. Coaching Certification and Training</w:t>
      </w:r>
    </w:p>
    <w:tbl>
      <w:tblPr>
        <w:tblStyle w:val="TableGrid"/>
        <w:tblW w:w="0" w:type="auto"/>
        <w:tblLook w:val="04A0" w:firstRow="1" w:lastRow="0" w:firstColumn="1" w:lastColumn="0" w:noHBand="0" w:noVBand="1"/>
      </w:tblPr>
      <w:tblGrid>
        <w:gridCol w:w="2884"/>
        <w:gridCol w:w="2860"/>
        <w:gridCol w:w="2886"/>
      </w:tblGrid>
      <w:tr w:rsidR="000C0B47" w14:paraId="604DB4B2" w14:textId="77777777" w:rsidTr="00F33D5D">
        <w:trPr>
          <w:trHeight w:val="565"/>
        </w:trPr>
        <w:tc>
          <w:tcPr>
            <w:tcW w:w="2947" w:type="dxa"/>
          </w:tcPr>
          <w:p w14:paraId="10E14C0E" w14:textId="77777777" w:rsidR="000C0B47" w:rsidRDefault="00F54CD5">
            <w:r>
              <w:t>Course</w:t>
            </w:r>
          </w:p>
        </w:tc>
        <w:tc>
          <w:tcPr>
            <w:tcW w:w="2947" w:type="dxa"/>
          </w:tcPr>
          <w:p w14:paraId="2E2F7F57" w14:textId="77777777" w:rsidR="000C0B47" w:rsidRDefault="00F54CD5">
            <w:r>
              <w:t>Completed (Y/N)</w:t>
            </w:r>
          </w:p>
        </w:tc>
        <w:tc>
          <w:tcPr>
            <w:tcW w:w="2947" w:type="dxa"/>
          </w:tcPr>
          <w:p w14:paraId="6F3506AB" w14:textId="77777777" w:rsidR="000C0B47" w:rsidRDefault="00F54CD5">
            <w:r>
              <w:t>Date Completed (DD/MM/YYYY)</w:t>
            </w:r>
          </w:p>
        </w:tc>
      </w:tr>
      <w:tr w:rsidR="000C0B47" w14:paraId="7229BD77" w14:textId="77777777" w:rsidTr="00F33D5D">
        <w:trPr>
          <w:trHeight w:val="841"/>
        </w:trPr>
        <w:tc>
          <w:tcPr>
            <w:tcW w:w="2947" w:type="dxa"/>
          </w:tcPr>
          <w:p w14:paraId="201A0421" w14:textId="77777777" w:rsidR="000C0B47" w:rsidRDefault="00F54CD5">
            <w:r>
              <w:lastRenderedPageBreak/>
              <w:t>NCCP Make Ethical Decision (MED) – Workshop + Online Evaluation</w:t>
            </w:r>
          </w:p>
        </w:tc>
        <w:tc>
          <w:tcPr>
            <w:tcW w:w="2947" w:type="dxa"/>
          </w:tcPr>
          <w:p w14:paraId="211D3C4F" w14:textId="05A16F0C" w:rsidR="000C0B47" w:rsidRDefault="00000000">
            <w:sdt>
              <w:sdtPr>
                <w:id w:val="-2114347676"/>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 xml:space="preserve">Y / </w:t>
            </w:r>
            <w:sdt>
              <w:sdtPr>
                <w:id w:val="1140226336"/>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N</w:t>
            </w:r>
          </w:p>
        </w:tc>
        <w:sdt>
          <w:sdtPr>
            <w:id w:val="-839393770"/>
            <w:placeholder>
              <w:docPart w:val="2A0AA8A8ACB44EBDBDB4B461A9319EAB"/>
            </w:placeholder>
            <w:showingPlcHdr/>
            <w:date>
              <w:dateFormat w:val="M/d/yyyy"/>
              <w:lid w:val="en-US"/>
              <w:storeMappedDataAs w:val="dateTime"/>
              <w:calendar w:val="gregorian"/>
            </w:date>
          </w:sdtPr>
          <w:sdtContent>
            <w:tc>
              <w:tcPr>
                <w:tcW w:w="2947" w:type="dxa"/>
              </w:tcPr>
              <w:p w14:paraId="799F5FC3" w14:textId="671C25DF" w:rsidR="000C0B47" w:rsidRDefault="00B37727">
                <w:r w:rsidRPr="00903A74">
                  <w:rPr>
                    <w:rStyle w:val="PlaceholderText"/>
                  </w:rPr>
                  <w:t>Click or tap to enter a date.</w:t>
                </w:r>
              </w:p>
            </w:tc>
          </w:sdtContent>
        </w:sdt>
      </w:tr>
      <w:tr w:rsidR="000C0B47" w14:paraId="20BE4723" w14:textId="77777777" w:rsidTr="00F33D5D">
        <w:trPr>
          <w:trHeight w:val="565"/>
        </w:trPr>
        <w:tc>
          <w:tcPr>
            <w:tcW w:w="2947" w:type="dxa"/>
          </w:tcPr>
          <w:p w14:paraId="4656615C" w14:textId="77777777" w:rsidR="000C0B47" w:rsidRDefault="00F54CD5">
            <w:r>
              <w:t>Respect in Sport for Activity Leaders (Soccer)</w:t>
            </w:r>
          </w:p>
        </w:tc>
        <w:tc>
          <w:tcPr>
            <w:tcW w:w="2947" w:type="dxa"/>
          </w:tcPr>
          <w:p w14:paraId="7AE1EC3F" w14:textId="5C18344E" w:rsidR="000C0B47" w:rsidRDefault="00000000">
            <w:sdt>
              <w:sdtPr>
                <w:id w:val="529308988"/>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 xml:space="preserve">Y / </w:t>
            </w:r>
            <w:sdt>
              <w:sdtPr>
                <w:id w:val="1552655785"/>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N</w:t>
            </w:r>
          </w:p>
        </w:tc>
        <w:sdt>
          <w:sdtPr>
            <w:id w:val="1299951353"/>
            <w:placeholder>
              <w:docPart w:val="BDA05EFA2A8E46BB81BF0EF0EC992C8B"/>
            </w:placeholder>
            <w:showingPlcHdr/>
            <w:date>
              <w:dateFormat w:val="M/d/yyyy"/>
              <w:lid w:val="en-US"/>
              <w:storeMappedDataAs w:val="dateTime"/>
              <w:calendar w:val="gregorian"/>
            </w:date>
          </w:sdtPr>
          <w:sdtContent>
            <w:tc>
              <w:tcPr>
                <w:tcW w:w="2947" w:type="dxa"/>
              </w:tcPr>
              <w:p w14:paraId="48312752" w14:textId="739F9682" w:rsidR="000C0B47" w:rsidRDefault="00B37727">
                <w:r w:rsidRPr="00903A74">
                  <w:rPr>
                    <w:rStyle w:val="PlaceholderText"/>
                  </w:rPr>
                  <w:t>Click or tap to enter a date.</w:t>
                </w:r>
              </w:p>
            </w:tc>
          </w:sdtContent>
        </w:sdt>
      </w:tr>
      <w:tr w:rsidR="000C0B47" w14:paraId="1321263E" w14:textId="77777777" w:rsidTr="00F33D5D">
        <w:trPr>
          <w:trHeight w:val="565"/>
        </w:trPr>
        <w:tc>
          <w:tcPr>
            <w:tcW w:w="2947" w:type="dxa"/>
          </w:tcPr>
          <w:p w14:paraId="3EBBD518" w14:textId="77777777" w:rsidR="000C0B47" w:rsidRDefault="00F54CD5">
            <w:r>
              <w:t>NCCP Making Head Way in Sport</w:t>
            </w:r>
          </w:p>
        </w:tc>
        <w:tc>
          <w:tcPr>
            <w:tcW w:w="2947" w:type="dxa"/>
          </w:tcPr>
          <w:p w14:paraId="46EAC938" w14:textId="7CEFF667" w:rsidR="000C0B47" w:rsidRDefault="00000000">
            <w:sdt>
              <w:sdtPr>
                <w:id w:val="2139216216"/>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 xml:space="preserve">Y / </w:t>
            </w:r>
            <w:sdt>
              <w:sdtPr>
                <w:id w:val="1509863435"/>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N</w:t>
            </w:r>
          </w:p>
        </w:tc>
        <w:sdt>
          <w:sdtPr>
            <w:id w:val="1700581182"/>
            <w:placeholder>
              <w:docPart w:val="BA300DA965974443827D55D0E6608440"/>
            </w:placeholder>
            <w:showingPlcHdr/>
            <w:date>
              <w:dateFormat w:val="M/d/yyyy"/>
              <w:lid w:val="en-US"/>
              <w:storeMappedDataAs w:val="dateTime"/>
              <w:calendar w:val="gregorian"/>
            </w:date>
          </w:sdtPr>
          <w:sdtContent>
            <w:tc>
              <w:tcPr>
                <w:tcW w:w="2947" w:type="dxa"/>
              </w:tcPr>
              <w:p w14:paraId="38363878" w14:textId="70453D29" w:rsidR="000C0B47" w:rsidRDefault="00B37727">
                <w:r w:rsidRPr="00903A74">
                  <w:rPr>
                    <w:rStyle w:val="PlaceholderText"/>
                  </w:rPr>
                  <w:t>Click or tap to enter a date.</w:t>
                </w:r>
              </w:p>
            </w:tc>
          </w:sdtContent>
        </w:sdt>
      </w:tr>
      <w:tr w:rsidR="000C0B47" w14:paraId="68C42BC4" w14:textId="77777777" w:rsidTr="00F33D5D">
        <w:trPr>
          <w:trHeight w:val="565"/>
        </w:trPr>
        <w:tc>
          <w:tcPr>
            <w:tcW w:w="2947" w:type="dxa"/>
          </w:tcPr>
          <w:p w14:paraId="79C4D968" w14:textId="77777777" w:rsidR="000C0B47" w:rsidRDefault="00F54CD5">
            <w:r>
              <w:t>NCCP Emergency Action Plan</w:t>
            </w:r>
          </w:p>
        </w:tc>
        <w:tc>
          <w:tcPr>
            <w:tcW w:w="2947" w:type="dxa"/>
          </w:tcPr>
          <w:p w14:paraId="0FD57687" w14:textId="18421681" w:rsidR="000C0B47" w:rsidRDefault="00000000">
            <w:sdt>
              <w:sdtPr>
                <w:id w:val="123048565"/>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 xml:space="preserve">Y / </w:t>
            </w:r>
            <w:sdt>
              <w:sdtPr>
                <w:id w:val="-1427805080"/>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N</w:t>
            </w:r>
          </w:p>
        </w:tc>
        <w:sdt>
          <w:sdtPr>
            <w:id w:val="604541364"/>
            <w:placeholder>
              <w:docPart w:val="0AEDC7787C4D4E14A9441665B710CCAB"/>
            </w:placeholder>
            <w:showingPlcHdr/>
            <w:date>
              <w:dateFormat w:val="M/d/yyyy"/>
              <w:lid w:val="en-US"/>
              <w:storeMappedDataAs w:val="dateTime"/>
              <w:calendar w:val="gregorian"/>
            </w:date>
          </w:sdtPr>
          <w:sdtContent>
            <w:tc>
              <w:tcPr>
                <w:tcW w:w="2947" w:type="dxa"/>
              </w:tcPr>
              <w:p w14:paraId="0B30C362" w14:textId="0108FB23" w:rsidR="000C0B47" w:rsidRDefault="00B37727">
                <w:r w:rsidRPr="00903A74">
                  <w:rPr>
                    <w:rStyle w:val="PlaceholderText"/>
                  </w:rPr>
                  <w:t>Click or tap to enter a date.</w:t>
                </w:r>
              </w:p>
            </w:tc>
          </w:sdtContent>
        </w:sdt>
      </w:tr>
      <w:tr w:rsidR="000C0B47" w14:paraId="5665158C" w14:textId="77777777" w:rsidTr="00F33D5D">
        <w:trPr>
          <w:trHeight w:val="552"/>
        </w:trPr>
        <w:tc>
          <w:tcPr>
            <w:tcW w:w="2947" w:type="dxa"/>
          </w:tcPr>
          <w:p w14:paraId="48CFDBA3" w14:textId="77777777" w:rsidR="000C0B47" w:rsidRDefault="00F54CD5">
            <w:r>
              <w:t>NCCP Understanding the Rule of Two</w:t>
            </w:r>
          </w:p>
        </w:tc>
        <w:tc>
          <w:tcPr>
            <w:tcW w:w="2947" w:type="dxa"/>
          </w:tcPr>
          <w:p w14:paraId="6929E975" w14:textId="521BE36B" w:rsidR="000C0B47" w:rsidRDefault="00000000">
            <w:sdt>
              <w:sdtPr>
                <w:id w:val="1851448618"/>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F33D5D">
              <w:t xml:space="preserve">Y / </w:t>
            </w:r>
            <w:sdt>
              <w:sdtPr>
                <w:id w:val="-1028951333"/>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F33D5D">
              <w:t>N</w:t>
            </w:r>
          </w:p>
        </w:tc>
        <w:sdt>
          <w:sdtPr>
            <w:id w:val="1198667009"/>
            <w:placeholder>
              <w:docPart w:val="EB167E7510EA4BFCA59F634CD4F6A76A"/>
            </w:placeholder>
            <w:showingPlcHdr/>
            <w:date>
              <w:dateFormat w:val="M/d/yyyy"/>
              <w:lid w:val="en-US"/>
              <w:storeMappedDataAs w:val="dateTime"/>
              <w:calendar w:val="gregorian"/>
            </w:date>
          </w:sdtPr>
          <w:sdtContent>
            <w:tc>
              <w:tcPr>
                <w:tcW w:w="2947" w:type="dxa"/>
              </w:tcPr>
              <w:p w14:paraId="07EE2744" w14:textId="5E8A347A" w:rsidR="000C0B47" w:rsidRDefault="00B37727">
                <w:r w:rsidRPr="00903A74">
                  <w:rPr>
                    <w:rStyle w:val="PlaceholderText"/>
                  </w:rPr>
                  <w:t>Click or tap to enter a date.</w:t>
                </w:r>
              </w:p>
            </w:tc>
          </w:sdtContent>
        </w:sdt>
      </w:tr>
      <w:tr w:rsidR="000C0B47" w14:paraId="521E775C" w14:textId="77777777" w:rsidTr="00F33D5D">
        <w:trPr>
          <w:trHeight w:val="289"/>
        </w:trPr>
        <w:tc>
          <w:tcPr>
            <w:tcW w:w="2947" w:type="dxa"/>
          </w:tcPr>
          <w:p w14:paraId="7EF87E63" w14:textId="77777777" w:rsidR="000C0B47" w:rsidRDefault="00F54CD5">
            <w:r>
              <w:t>Fundamentals</w:t>
            </w:r>
          </w:p>
        </w:tc>
        <w:tc>
          <w:tcPr>
            <w:tcW w:w="2947" w:type="dxa"/>
          </w:tcPr>
          <w:p w14:paraId="1E1596B3" w14:textId="33523903" w:rsidR="000C0B47" w:rsidRDefault="00000000">
            <w:sdt>
              <w:sdtPr>
                <w:id w:val="-617991684"/>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 xml:space="preserve">Y / </w:t>
            </w:r>
            <w:sdt>
              <w:sdtPr>
                <w:id w:val="-825202879"/>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N</w:t>
            </w:r>
          </w:p>
        </w:tc>
        <w:sdt>
          <w:sdtPr>
            <w:id w:val="-1150292470"/>
            <w:placeholder>
              <w:docPart w:val="B50607BA8F45461CB0F6B26DD293AB4F"/>
            </w:placeholder>
            <w:showingPlcHdr/>
            <w:date>
              <w:dateFormat w:val="M/d/yyyy"/>
              <w:lid w:val="en-US"/>
              <w:storeMappedDataAs w:val="dateTime"/>
              <w:calendar w:val="gregorian"/>
            </w:date>
          </w:sdtPr>
          <w:sdtContent>
            <w:tc>
              <w:tcPr>
                <w:tcW w:w="2947" w:type="dxa"/>
              </w:tcPr>
              <w:p w14:paraId="3D4318E2" w14:textId="30B54C68" w:rsidR="000C0B47" w:rsidRDefault="00B37727">
                <w:r w:rsidRPr="00903A74">
                  <w:rPr>
                    <w:rStyle w:val="PlaceholderText"/>
                  </w:rPr>
                  <w:t>Click or tap to enter a date.</w:t>
                </w:r>
              </w:p>
            </w:tc>
          </w:sdtContent>
        </w:sdt>
      </w:tr>
      <w:tr w:rsidR="000C0B47" w14:paraId="090AF2FC" w14:textId="77777777" w:rsidTr="00F33D5D">
        <w:trPr>
          <w:trHeight w:val="276"/>
        </w:trPr>
        <w:tc>
          <w:tcPr>
            <w:tcW w:w="2947" w:type="dxa"/>
          </w:tcPr>
          <w:p w14:paraId="75D5D56B" w14:textId="77777777" w:rsidR="000C0B47" w:rsidRDefault="00F54CD5">
            <w:r>
              <w:t>Learn to Train</w:t>
            </w:r>
          </w:p>
        </w:tc>
        <w:tc>
          <w:tcPr>
            <w:tcW w:w="2947" w:type="dxa"/>
          </w:tcPr>
          <w:p w14:paraId="27695146" w14:textId="49CC93B1" w:rsidR="000C0B47" w:rsidRDefault="00000000">
            <w:sdt>
              <w:sdtPr>
                <w:id w:val="-99492479"/>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 xml:space="preserve">Y / </w:t>
            </w:r>
            <w:sdt>
              <w:sdtPr>
                <w:id w:val="251240188"/>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N</w:t>
            </w:r>
          </w:p>
        </w:tc>
        <w:sdt>
          <w:sdtPr>
            <w:id w:val="-516923874"/>
            <w:placeholder>
              <w:docPart w:val="1A3D7E6851804E5F8B829E0904A8A142"/>
            </w:placeholder>
            <w:showingPlcHdr/>
            <w:date>
              <w:dateFormat w:val="M/d/yyyy"/>
              <w:lid w:val="en-US"/>
              <w:storeMappedDataAs w:val="dateTime"/>
              <w:calendar w:val="gregorian"/>
            </w:date>
          </w:sdtPr>
          <w:sdtContent>
            <w:tc>
              <w:tcPr>
                <w:tcW w:w="2947" w:type="dxa"/>
              </w:tcPr>
              <w:p w14:paraId="0E5FB762" w14:textId="7F71B86B" w:rsidR="000C0B47" w:rsidRDefault="00B37727">
                <w:r w:rsidRPr="00903A74">
                  <w:rPr>
                    <w:rStyle w:val="PlaceholderText"/>
                  </w:rPr>
                  <w:t>Click or tap to enter a date.</w:t>
                </w:r>
              </w:p>
            </w:tc>
          </w:sdtContent>
        </w:sdt>
      </w:tr>
      <w:tr w:rsidR="000C0B47" w14:paraId="475860FA" w14:textId="77777777" w:rsidTr="00F33D5D">
        <w:trPr>
          <w:trHeight w:val="276"/>
        </w:trPr>
        <w:tc>
          <w:tcPr>
            <w:tcW w:w="2947" w:type="dxa"/>
          </w:tcPr>
          <w:p w14:paraId="041872DC" w14:textId="77777777" w:rsidR="000C0B47" w:rsidRDefault="00F54CD5">
            <w:r>
              <w:t>Soccer for Life</w:t>
            </w:r>
          </w:p>
        </w:tc>
        <w:tc>
          <w:tcPr>
            <w:tcW w:w="2947" w:type="dxa"/>
          </w:tcPr>
          <w:p w14:paraId="38FB1613" w14:textId="03E9281E" w:rsidR="000C0B47" w:rsidRDefault="00000000">
            <w:sdt>
              <w:sdtPr>
                <w:id w:val="1943876861"/>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 xml:space="preserve">Y / </w:t>
            </w:r>
            <w:sdt>
              <w:sdtPr>
                <w:id w:val="753097605"/>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N</w:t>
            </w:r>
          </w:p>
        </w:tc>
        <w:sdt>
          <w:sdtPr>
            <w:id w:val="573400284"/>
            <w:placeholder>
              <w:docPart w:val="C8C2A90A2C4345C9881356699622DA0F"/>
            </w:placeholder>
            <w:showingPlcHdr/>
            <w:date>
              <w:dateFormat w:val="M/d/yyyy"/>
              <w:lid w:val="en-US"/>
              <w:storeMappedDataAs w:val="dateTime"/>
              <w:calendar w:val="gregorian"/>
            </w:date>
          </w:sdtPr>
          <w:sdtContent>
            <w:tc>
              <w:tcPr>
                <w:tcW w:w="2947" w:type="dxa"/>
              </w:tcPr>
              <w:p w14:paraId="138A9A91" w14:textId="49C99355" w:rsidR="000C0B47" w:rsidRDefault="00B37727">
                <w:r w:rsidRPr="00903A74">
                  <w:rPr>
                    <w:rStyle w:val="PlaceholderText"/>
                  </w:rPr>
                  <w:t>Click or tap to enter a date.</w:t>
                </w:r>
              </w:p>
            </w:tc>
          </w:sdtContent>
        </w:sdt>
      </w:tr>
      <w:tr w:rsidR="000C0B47" w14:paraId="7773C098" w14:textId="77777777" w:rsidTr="00F33D5D">
        <w:trPr>
          <w:trHeight w:val="289"/>
        </w:trPr>
        <w:tc>
          <w:tcPr>
            <w:tcW w:w="2947" w:type="dxa"/>
          </w:tcPr>
          <w:p w14:paraId="248D286B" w14:textId="77777777" w:rsidR="000C0B47" w:rsidRDefault="00F54CD5">
            <w:r>
              <w:t>Other Certification(s):</w:t>
            </w:r>
          </w:p>
        </w:tc>
        <w:tc>
          <w:tcPr>
            <w:tcW w:w="2947" w:type="dxa"/>
          </w:tcPr>
          <w:p w14:paraId="5654634B" w14:textId="670578C8" w:rsidR="000C0B47" w:rsidRDefault="00000000">
            <w:sdt>
              <w:sdtPr>
                <w:id w:val="1164514769"/>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 xml:space="preserve">Y / </w:t>
            </w:r>
            <w:sdt>
              <w:sdtPr>
                <w:id w:val="1011802492"/>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D315B3">
              <w:t>N</w:t>
            </w:r>
          </w:p>
        </w:tc>
        <w:sdt>
          <w:sdtPr>
            <w:id w:val="1960995230"/>
            <w:placeholder>
              <w:docPart w:val="87D4047CC0F94301AB035A61B2875EA8"/>
            </w:placeholder>
            <w:showingPlcHdr/>
            <w:date>
              <w:dateFormat w:val="M/d/yyyy"/>
              <w:lid w:val="en-US"/>
              <w:storeMappedDataAs w:val="dateTime"/>
              <w:calendar w:val="gregorian"/>
            </w:date>
          </w:sdtPr>
          <w:sdtContent>
            <w:tc>
              <w:tcPr>
                <w:tcW w:w="2947" w:type="dxa"/>
              </w:tcPr>
              <w:p w14:paraId="7E720697" w14:textId="1AEFCBFE" w:rsidR="000C0B47" w:rsidRDefault="00B37727">
                <w:r w:rsidRPr="00903A74">
                  <w:rPr>
                    <w:rStyle w:val="PlaceholderText"/>
                  </w:rPr>
                  <w:t>Click or tap to enter a date.</w:t>
                </w:r>
              </w:p>
            </w:tc>
          </w:sdtContent>
        </w:sdt>
      </w:tr>
    </w:tbl>
    <w:p w14:paraId="2EB07D3B" w14:textId="77777777" w:rsidR="000C0B47" w:rsidRDefault="00F54CD5" w:rsidP="00251EA2">
      <w:pPr>
        <w:pStyle w:val="Heading1"/>
        <w:spacing w:before="240"/>
      </w:pPr>
      <w:r>
        <w:t>4. Coaching &amp; Playing Experience</w:t>
      </w:r>
    </w:p>
    <w:p w14:paraId="43C11D92" w14:textId="57F78B76" w:rsidR="000C0B47" w:rsidRDefault="00F33D5D">
      <w:r>
        <w:t>Describe any relevant coaching or playing experience:</w:t>
      </w:r>
    </w:p>
    <w:sdt>
      <w:sdtPr>
        <w:id w:val="1369485921"/>
        <w:placeholder>
          <w:docPart w:val="DDC90BF7810447AFA6D441E9FC34C0A5"/>
        </w:placeholder>
        <w:showingPlcHdr/>
        <w:text w:multiLine="1"/>
      </w:sdtPr>
      <w:sdtContent>
        <w:p w14:paraId="3C5BAECE" w14:textId="42703C73" w:rsidR="00F33D5D" w:rsidRDefault="00B37727">
          <w:r w:rsidRPr="00537927">
            <w:rPr>
              <w:rStyle w:val="PlaceholderText"/>
            </w:rPr>
            <w:t>Click or tap here to enter text.</w:t>
          </w:r>
        </w:p>
      </w:sdtContent>
    </w:sdt>
    <w:p w14:paraId="77ABF057" w14:textId="77777777" w:rsidR="006174E6" w:rsidRDefault="006174E6" w:rsidP="00251EA2">
      <w:pPr>
        <w:pStyle w:val="Heading1"/>
        <w:spacing w:before="240"/>
      </w:pPr>
    </w:p>
    <w:p w14:paraId="41F1F015" w14:textId="51B714F6" w:rsidR="000C0B47" w:rsidRDefault="00F54CD5" w:rsidP="00251EA2">
      <w:pPr>
        <w:pStyle w:val="Heading1"/>
        <w:spacing w:before="240"/>
      </w:pPr>
      <w:r>
        <w:t>5. Screening &amp; Risk Management</w:t>
      </w:r>
    </w:p>
    <w:p w14:paraId="76888EB7" w14:textId="3D80DBDC" w:rsidR="00FF28D4" w:rsidRDefault="00251EA2" w:rsidP="00FF28D4">
      <w:pPr>
        <w:spacing w:after="0"/>
      </w:pPr>
      <w:r>
        <w:t>Police Record Check – Vulnerable Sector (Required):</w:t>
      </w:r>
    </w:p>
    <w:p w14:paraId="79942FB1" w14:textId="567E6CC4" w:rsidR="000C0B47" w:rsidRDefault="00251EA2" w:rsidP="00FF28D4">
      <w:pPr>
        <w:spacing w:after="120"/>
      </w:pPr>
      <w:r>
        <w:t xml:space="preserve"> </w:t>
      </w:r>
      <w:sdt>
        <w:sdtPr>
          <w:id w:val="488751083"/>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Submitted  </w:t>
      </w:r>
      <w:sdt>
        <w:sdtPr>
          <w:id w:val="-321276251"/>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In Progress  </w:t>
      </w:r>
      <w:sdt>
        <w:sdtPr>
          <w:id w:val="-1047299609"/>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Not Yet Submitted</w:t>
      </w:r>
    </w:p>
    <w:p w14:paraId="44F67FE1" w14:textId="01CA1EA4" w:rsidR="000C0B47" w:rsidRDefault="00F54CD5">
      <w:r>
        <w:t xml:space="preserve">Date Submitted: </w:t>
      </w:r>
      <w:sdt>
        <w:sdtPr>
          <w:id w:val="-1821636975"/>
          <w:placeholder>
            <w:docPart w:val="216EAA56EBBA43A99BB1279841C9CF60"/>
          </w:placeholder>
          <w:showingPlcHdr/>
          <w:date>
            <w:dateFormat w:val="yyyy-MM-dd"/>
            <w:lid w:val="en-CA"/>
            <w:storeMappedDataAs w:val="dateTime"/>
            <w:calendar w:val="gregorian"/>
          </w:date>
        </w:sdtPr>
        <w:sdtContent>
          <w:r w:rsidR="00D315B3" w:rsidRPr="00537927">
            <w:rPr>
              <w:rStyle w:val="PlaceholderText"/>
            </w:rPr>
            <w:t>Click or tap to enter a date.</w:t>
          </w:r>
        </w:sdtContent>
      </w:sdt>
    </w:p>
    <w:p w14:paraId="3F94A7D7" w14:textId="77777777" w:rsidR="000C0B47" w:rsidRDefault="00F54CD5" w:rsidP="00251EA2">
      <w:pPr>
        <w:pStyle w:val="Heading1"/>
        <w:spacing w:before="240"/>
      </w:pPr>
      <w:r>
        <w:t>6. References</w:t>
      </w:r>
    </w:p>
    <w:p w14:paraId="44F7B96C" w14:textId="19E879C7" w:rsidR="000C0B47" w:rsidRPr="0083139D" w:rsidRDefault="00251EA2">
      <w:pPr>
        <w:rPr>
          <w:b/>
          <w:bCs/>
        </w:rPr>
      </w:pPr>
      <w:r w:rsidRPr="0083139D">
        <w:rPr>
          <w:b/>
          <w:bCs/>
        </w:rPr>
        <w:t>Reference 1</w:t>
      </w:r>
    </w:p>
    <w:p w14:paraId="6E9147A9" w14:textId="6DE4FFD8" w:rsidR="000C0B47" w:rsidRDefault="00251EA2">
      <w:r>
        <w:t xml:space="preserve">Name: </w:t>
      </w:r>
      <w:sdt>
        <w:sdtPr>
          <w:id w:val="1521052594"/>
          <w:placeholder>
            <w:docPart w:val="DFDE4BA3CD7F4EFEAE7615D161834EBB"/>
          </w:placeholder>
          <w:showingPlcHdr/>
          <w:text/>
        </w:sdtPr>
        <w:sdtContent>
          <w:r w:rsidR="00B37727" w:rsidRPr="00537927">
            <w:rPr>
              <w:rStyle w:val="PlaceholderText"/>
            </w:rPr>
            <w:t>Click or tap here to enter text.</w:t>
          </w:r>
        </w:sdtContent>
      </w:sdt>
    </w:p>
    <w:p w14:paraId="56772005" w14:textId="0C37282D" w:rsidR="000C0B47" w:rsidRDefault="00251EA2">
      <w:r>
        <w:t xml:space="preserve">Relationship: </w:t>
      </w:r>
      <w:sdt>
        <w:sdtPr>
          <w:id w:val="1278450261"/>
          <w:placeholder>
            <w:docPart w:val="98987633A8AD41A3A4302FB72E89CF8F"/>
          </w:placeholder>
          <w:showingPlcHdr/>
          <w:text/>
        </w:sdtPr>
        <w:sdtContent>
          <w:r w:rsidR="00B37727" w:rsidRPr="00537927">
            <w:rPr>
              <w:rStyle w:val="PlaceholderText"/>
            </w:rPr>
            <w:t>Click or tap here to enter text.</w:t>
          </w:r>
        </w:sdtContent>
      </w:sdt>
    </w:p>
    <w:p w14:paraId="331442F3" w14:textId="3A130625" w:rsidR="000C0B47" w:rsidRDefault="00F54CD5">
      <w:r>
        <w:t xml:space="preserve">Email/Phone: </w:t>
      </w:r>
      <w:sdt>
        <w:sdtPr>
          <w:id w:val="1066080719"/>
          <w:placeholder>
            <w:docPart w:val="9C4343FC94C74BFBAFF7AA30158ACEFD"/>
          </w:placeholder>
          <w:showingPlcHdr/>
          <w:text/>
        </w:sdtPr>
        <w:sdtContent>
          <w:r w:rsidR="00B37727" w:rsidRPr="00537927">
            <w:rPr>
              <w:rStyle w:val="PlaceholderText"/>
            </w:rPr>
            <w:t>Click or tap here to enter text.</w:t>
          </w:r>
        </w:sdtContent>
      </w:sdt>
    </w:p>
    <w:p w14:paraId="2B5923AB" w14:textId="4F427A48" w:rsidR="000C0B47" w:rsidRPr="0083139D" w:rsidRDefault="00251EA2">
      <w:pPr>
        <w:rPr>
          <w:b/>
          <w:bCs/>
        </w:rPr>
      </w:pPr>
      <w:r w:rsidRPr="0083139D">
        <w:rPr>
          <w:b/>
          <w:bCs/>
        </w:rPr>
        <w:t>Reference 2</w:t>
      </w:r>
    </w:p>
    <w:p w14:paraId="15BA243A" w14:textId="41E07C4A" w:rsidR="000C0B47" w:rsidRDefault="00251EA2">
      <w:r>
        <w:t xml:space="preserve">Name: </w:t>
      </w:r>
      <w:sdt>
        <w:sdtPr>
          <w:id w:val="669366381"/>
          <w:placeholder>
            <w:docPart w:val="59A11769FB3E4C7ABDF5EB956AAD75E4"/>
          </w:placeholder>
          <w:showingPlcHdr/>
          <w:text/>
        </w:sdtPr>
        <w:sdtContent>
          <w:r w:rsidR="00B37727" w:rsidRPr="00537927">
            <w:rPr>
              <w:rStyle w:val="PlaceholderText"/>
            </w:rPr>
            <w:t>Click or tap here to enter text.</w:t>
          </w:r>
        </w:sdtContent>
      </w:sdt>
    </w:p>
    <w:p w14:paraId="210C7507" w14:textId="01DC9D1E" w:rsidR="000C0B47" w:rsidRDefault="00251EA2">
      <w:r>
        <w:t xml:space="preserve">Relationship: </w:t>
      </w:r>
      <w:sdt>
        <w:sdtPr>
          <w:id w:val="1339417752"/>
          <w:placeholder>
            <w:docPart w:val="33B6A03079504DF39F214C9977A57591"/>
          </w:placeholder>
          <w:showingPlcHdr/>
          <w:text/>
        </w:sdtPr>
        <w:sdtContent>
          <w:r w:rsidR="00B37727" w:rsidRPr="00537927">
            <w:rPr>
              <w:rStyle w:val="PlaceholderText"/>
            </w:rPr>
            <w:t>Click or tap here to enter text.</w:t>
          </w:r>
        </w:sdtContent>
      </w:sdt>
    </w:p>
    <w:p w14:paraId="75F24A9B" w14:textId="7FBB0D31" w:rsidR="000C0B47" w:rsidRDefault="00F54CD5">
      <w:r>
        <w:t xml:space="preserve">Email/Phone: </w:t>
      </w:r>
      <w:sdt>
        <w:sdtPr>
          <w:id w:val="-1002497000"/>
          <w:placeholder>
            <w:docPart w:val="4931D22C6E7C4B3499DAB2422B6E7A87"/>
          </w:placeholder>
          <w:showingPlcHdr/>
          <w:text/>
        </w:sdtPr>
        <w:sdtContent>
          <w:r w:rsidR="00B37727" w:rsidRPr="00537927">
            <w:rPr>
              <w:rStyle w:val="PlaceholderText"/>
            </w:rPr>
            <w:t>Click or tap here to enter text.</w:t>
          </w:r>
        </w:sdtContent>
      </w:sdt>
    </w:p>
    <w:p w14:paraId="3704C207" w14:textId="5B19C314" w:rsidR="006927FB" w:rsidRDefault="00F54CD5" w:rsidP="005959F1">
      <w:pPr>
        <w:pStyle w:val="Heading1"/>
        <w:spacing w:before="240"/>
      </w:pPr>
      <w:r>
        <w:lastRenderedPageBreak/>
        <w:t xml:space="preserve">7. </w:t>
      </w:r>
      <w:r w:rsidR="00251EA2">
        <w:t>Preferred Practice Night</w:t>
      </w:r>
    </w:p>
    <w:p w14:paraId="671B4D4A" w14:textId="4C205EF4" w:rsidR="00C25131" w:rsidRDefault="009229C8" w:rsidP="006927FB">
      <w:r>
        <w:rPr>
          <w:b/>
          <w:bCs/>
        </w:rPr>
        <w:t>Outdoor Training</w:t>
      </w:r>
      <w:r w:rsidR="006927FB">
        <w:t xml:space="preserve">: </w:t>
      </w:r>
      <w:sdt>
        <w:sdtPr>
          <w:id w:val="-60259179"/>
          <w14:checkbox>
            <w14:checked w14:val="0"/>
            <w14:checkedState w14:val="2612" w14:font="MS Gothic"/>
            <w14:uncheckedState w14:val="2610" w14:font="MS Gothic"/>
          </w14:checkbox>
        </w:sdtPr>
        <w:sdtContent>
          <w:r w:rsidR="00B37727">
            <w:rPr>
              <w:rFonts w:ascii="MS Gothic" w:eastAsia="MS Gothic" w:hAnsi="MS Gothic" w:hint="eastAsia"/>
            </w:rPr>
            <w:t>☐</w:t>
          </w:r>
        </w:sdtContent>
      </w:sdt>
      <w:r w:rsidR="006927FB">
        <w:t>Monday</w:t>
      </w:r>
      <w:r w:rsidR="005937FE">
        <w:t xml:space="preserve"> </w:t>
      </w:r>
      <w:r w:rsidR="00D315B3">
        <w:t xml:space="preserve"> </w:t>
      </w:r>
      <w:r w:rsidR="006927FB">
        <w:t xml:space="preserve"> </w:t>
      </w:r>
      <w:sdt>
        <w:sdtPr>
          <w:rPr>
            <w:rFonts w:ascii="MS Gothic" w:eastAsia="MS Gothic" w:hAnsi="MS Gothic"/>
          </w:rPr>
          <w:id w:val="-1353728004"/>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Tuesday</w:t>
      </w:r>
      <w:r w:rsidR="005937FE">
        <w:t xml:space="preserve"> </w:t>
      </w:r>
      <w:r w:rsidR="00D315B3">
        <w:t xml:space="preserve"> </w:t>
      </w:r>
      <w:r w:rsidR="006927FB">
        <w:t xml:space="preserve"> </w:t>
      </w:r>
      <w:sdt>
        <w:sdtPr>
          <w:id w:val="-1301609518"/>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Wednesday</w:t>
      </w:r>
      <w:r w:rsidR="005937FE">
        <w:t xml:space="preserve"> </w:t>
      </w:r>
      <w:r w:rsidR="006927FB">
        <w:t xml:space="preserve"> </w:t>
      </w:r>
      <w:r w:rsidR="00D315B3">
        <w:t xml:space="preserve"> </w:t>
      </w:r>
      <w:sdt>
        <w:sdtPr>
          <w:id w:val="1006328344"/>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Thursday</w:t>
      </w:r>
      <w:r w:rsidR="005937FE">
        <w:t xml:space="preserve"> </w:t>
      </w:r>
      <w:r w:rsidR="00D315B3">
        <w:t xml:space="preserve"> </w:t>
      </w:r>
      <w:r w:rsidR="006927FB">
        <w:t xml:space="preserve"> </w:t>
      </w:r>
      <w:sdt>
        <w:sdtPr>
          <w:id w:val="-1790498394"/>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Friday</w:t>
      </w:r>
      <w:r w:rsidR="005937FE">
        <w:t xml:space="preserve"> </w:t>
      </w:r>
      <w:r w:rsidR="00D315B3">
        <w:t xml:space="preserve">      </w:t>
      </w:r>
      <w:r w:rsidR="005937FE">
        <w:t xml:space="preserve"> </w:t>
      </w:r>
      <w:r w:rsidR="00C25131">
        <w:rPr>
          <w:rFonts w:ascii="Segoe UI Symbol" w:hAnsi="Segoe UI Symbol" w:cs="Segoe UI Symbol"/>
        </w:rPr>
        <w:t xml:space="preserve"> </w:t>
      </w:r>
      <w:sdt>
        <w:sdtPr>
          <w:rPr>
            <w:rFonts w:ascii="Segoe UI Symbol" w:hAnsi="Segoe UI Symbol" w:cs="Segoe UI Symbol"/>
          </w:rPr>
          <w:id w:val="-974362499"/>
          <w14:checkbox>
            <w14:checked w14:val="0"/>
            <w14:checkedState w14:val="2612" w14:font="MS Gothic"/>
            <w14:uncheckedState w14:val="2610" w14:font="MS Gothic"/>
          </w14:checkbox>
        </w:sdtPr>
        <w:sdtContent>
          <w:r w:rsidR="00D315B3">
            <w:rPr>
              <w:rFonts w:ascii="MS Gothic" w:eastAsia="MS Gothic" w:hAnsi="MS Gothic" w:cs="Segoe UI Symbol" w:hint="eastAsia"/>
            </w:rPr>
            <w:t>☐</w:t>
          </w:r>
        </w:sdtContent>
      </w:sdt>
      <w:r w:rsidR="006927FB">
        <w:t>Saturday</w:t>
      </w:r>
      <w:r w:rsidR="00C25131">
        <w:t xml:space="preserve">   </w:t>
      </w:r>
      <w:r w:rsidR="006927FB">
        <w:t xml:space="preserve"> </w:t>
      </w:r>
      <w:sdt>
        <w:sdtPr>
          <w:id w:val="-94256830"/>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006927FB">
        <w:t>Sunday</w:t>
      </w:r>
    </w:p>
    <w:p w14:paraId="0A53191D" w14:textId="3E8C1122" w:rsidR="0020047C" w:rsidRDefault="0020047C" w:rsidP="006927FB">
      <w:r w:rsidRPr="005937FE">
        <w:rPr>
          <w:b/>
          <w:bCs/>
        </w:rPr>
        <w:t xml:space="preserve">Preferred </w:t>
      </w:r>
      <w:r w:rsidR="005937FE" w:rsidRPr="005937FE">
        <w:rPr>
          <w:b/>
          <w:bCs/>
        </w:rPr>
        <w:t>Time</w:t>
      </w:r>
      <w:r w:rsidR="00D315B3">
        <w:rPr>
          <w:b/>
          <w:bCs/>
        </w:rPr>
        <w:t>(s)</w:t>
      </w:r>
      <w:r w:rsidR="005937FE">
        <w:t xml:space="preserve">: </w:t>
      </w:r>
      <w:sdt>
        <w:sdtPr>
          <w:id w:val="-2006504153"/>
          <w:placeholder>
            <w:docPart w:val="52BB121936514F9B9B50A34B83C38BC0"/>
          </w:placeholder>
          <w:showingPlcHdr/>
          <w:text/>
        </w:sdtPr>
        <w:sdtContent>
          <w:r w:rsidR="00B37727" w:rsidRPr="00537927">
            <w:rPr>
              <w:rStyle w:val="PlaceholderText"/>
            </w:rPr>
            <w:t>Click or tap here to enter text.</w:t>
          </w:r>
        </w:sdtContent>
      </w:sdt>
    </w:p>
    <w:p w14:paraId="6D3993CA" w14:textId="1E10157B" w:rsidR="00C25131" w:rsidRDefault="00C25131" w:rsidP="006927FB">
      <w:r w:rsidRPr="00C25131">
        <w:rPr>
          <w:b/>
          <w:bCs/>
        </w:rPr>
        <w:t>Winter Training</w:t>
      </w:r>
      <w:r>
        <w:rPr>
          <w:b/>
          <w:bCs/>
        </w:rPr>
        <w:t xml:space="preserve">: </w:t>
      </w:r>
      <w:sdt>
        <w:sdtPr>
          <w:rPr>
            <w:b/>
            <w:bCs/>
          </w:rPr>
          <w:id w:val="1608231908"/>
          <w14:checkbox>
            <w14:checked w14:val="0"/>
            <w14:checkedState w14:val="2612" w14:font="MS Gothic"/>
            <w14:uncheckedState w14:val="2610" w14:font="MS Gothic"/>
          </w14:checkbox>
        </w:sdtPr>
        <w:sdtContent>
          <w:r w:rsidR="00D315B3">
            <w:rPr>
              <w:rFonts w:ascii="MS Gothic" w:eastAsia="MS Gothic" w:hAnsi="MS Gothic" w:hint="eastAsia"/>
              <w:b/>
              <w:bCs/>
            </w:rPr>
            <w:t>☐</w:t>
          </w:r>
        </w:sdtContent>
      </w:sdt>
      <w:r w:rsidRPr="00C25131">
        <w:t>Yes</w:t>
      </w:r>
      <w:r w:rsidR="005937FE">
        <w:t xml:space="preserve">  </w:t>
      </w:r>
      <w:sdt>
        <w:sdtPr>
          <w:id w:val="-753821632"/>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rsidRPr="00C25131">
        <w:t>No</w:t>
      </w:r>
    </w:p>
    <w:p w14:paraId="0AA276A5" w14:textId="6E88AF06" w:rsidR="009229C8" w:rsidRDefault="009229C8" w:rsidP="006927FB">
      <w:r>
        <w:rPr>
          <w:b/>
          <w:bCs/>
          <w:noProof/>
        </w:rPr>
        <mc:AlternateContent>
          <mc:Choice Requires="wps">
            <w:drawing>
              <wp:anchor distT="0" distB="0" distL="114300" distR="114300" simplePos="0" relativeHeight="251765248" behindDoc="0" locked="0" layoutInCell="1" allowOverlap="1" wp14:anchorId="72BE1BEF" wp14:editId="60963A94">
                <wp:simplePos x="0" y="0"/>
                <wp:positionH relativeFrom="column">
                  <wp:posOffset>1051560</wp:posOffset>
                </wp:positionH>
                <wp:positionV relativeFrom="paragraph">
                  <wp:posOffset>507365</wp:posOffset>
                </wp:positionV>
                <wp:extent cx="1135380" cy="160020"/>
                <wp:effectExtent l="0" t="0" r="7620" b="0"/>
                <wp:wrapNone/>
                <wp:docPr id="851772652" name="Text Box 31"/>
                <wp:cNvGraphicFramePr/>
                <a:graphic xmlns:a="http://schemas.openxmlformats.org/drawingml/2006/main">
                  <a:graphicData uri="http://schemas.microsoft.com/office/word/2010/wordprocessingShape">
                    <wps:wsp>
                      <wps:cNvSpPr txBox="1"/>
                      <wps:spPr>
                        <a:xfrm>
                          <a:off x="0" y="0"/>
                          <a:ext cx="1135380" cy="160020"/>
                        </a:xfrm>
                        <a:prstGeom prst="rect">
                          <a:avLst/>
                        </a:prstGeom>
                        <a:solidFill>
                          <a:schemeClr val="lt1"/>
                        </a:solidFill>
                        <a:ln w="6350">
                          <a:noFill/>
                        </a:ln>
                      </wps:spPr>
                      <wps:txbx>
                        <w:txbxContent>
                          <w:p w14:paraId="394652F2" w14:textId="77777777" w:rsidR="009229C8" w:rsidRDefault="00922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BE1BEF" id="_x0000_t202" coordsize="21600,21600" o:spt="202" path="m,l,21600r21600,l21600,xe">
                <v:stroke joinstyle="miter"/>
                <v:path gradientshapeok="t" o:connecttype="rect"/>
              </v:shapetype>
              <v:shape id="Text Box 31" o:spid="_x0000_s1026" type="#_x0000_t202" style="position:absolute;margin-left:82.8pt;margin-top:39.95pt;width:89.4pt;height:12.6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" fillcolor="white [3201]" stroked="f" strokeweight=".5pt">
                <v:textbox>
                  <w:txbxContent>
                    <w:p w14:paraId="394652F2" w14:textId="77777777" w:rsidR="009229C8" w:rsidRDefault="009229C8"/>
                  </w:txbxContent>
                </v:textbox>
              </v:shape>
            </w:pict>
          </mc:Fallback>
        </mc:AlternateContent>
      </w:r>
      <w:r>
        <w:rPr>
          <w:b/>
          <w:bCs/>
        </w:rPr>
        <w:t>Winter Training</w:t>
      </w:r>
      <w:r>
        <w:t xml:space="preserve">: </w:t>
      </w:r>
      <w:sdt>
        <w:sdtPr>
          <w:id w:val="1656184285"/>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Monday  </w:t>
      </w:r>
      <w:sdt>
        <w:sdtPr>
          <w:id w:val="1708527470"/>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Tuesday  </w:t>
      </w:r>
      <w:sdt>
        <w:sdtPr>
          <w:id w:val="2089728973"/>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Wednesday  </w:t>
      </w:r>
      <w:sdt>
        <w:sdtPr>
          <w:id w:val="-808863143"/>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Thursday  </w:t>
      </w:r>
      <w:sdt>
        <w:sdtPr>
          <w:id w:val="-1846081344"/>
          <w14:checkbox>
            <w14:checked w14:val="0"/>
            <w14:checkedState w14:val="2612" w14:font="MS Gothic"/>
            <w14:uncheckedState w14:val="2610" w14:font="MS Gothic"/>
          </w14:checkbox>
        </w:sdtPr>
        <w:sdtContent>
          <w:r w:rsidR="00D315B3">
            <w:rPr>
              <w:rFonts w:ascii="MS Gothic" w:eastAsia="MS Gothic" w:hAnsi="MS Gothic" w:hint="eastAsia"/>
            </w:rPr>
            <w:t>☐</w:t>
          </w:r>
        </w:sdtContent>
      </w:sdt>
      <w:r>
        <w:t xml:space="preserve">Friday  </w:t>
      </w:r>
      <w:r>
        <w:rPr>
          <w:rFonts w:ascii="Segoe UI Symbol" w:hAnsi="Segoe UI Symbol" w:cs="Segoe UI Symbol"/>
        </w:rPr>
        <w:t xml:space="preserve"> </w:t>
      </w:r>
      <w:sdt>
        <w:sdtPr>
          <w:rPr>
            <w:rFonts w:ascii="Segoe UI Symbol" w:hAnsi="Segoe UI Symbol" w:cs="Segoe UI Symbol"/>
          </w:rPr>
          <w:id w:val="-1918082610"/>
          <w14:checkbox>
            <w14:checked w14:val="0"/>
            <w14:checkedState w14:val="2612" w14:font="MS Gothic"/>
            <w14:uncheckedState w14:val="2610" w14:font="MS Gothic"/>
          </w14:checkbox>
        </w:sdtPr>
        <w:sdtContent>
          <w:r w:rsidR="00D315B3">
            <w:rPr>
              <w:rFonts w:ascii="MS Gothic" w:eastAsia="MS Gothic" w:hAnsi="MS Gothic" w:cs="Segoe UI Symbol" w:hint="eastAsia"/>
            </w:rPr>
            <w:t>☐</w:t>
          </w:r>
        </w:sdtContent>
      </w:sdt>
      <w:r>
        <w:t xml:space="preserve">Saturday   </w:t>
      </w:r>
    </w:p>
    <w:p w14:paraId="572E7E35" w14:textId="1D4BCD1B" w:rsidR="009229C8" w:rsidRDefault="009229C8" w:rsidP="009229C8">
      <w:r w:rsidRPr="005937FE">
        <w:rPr>
          <w:b/>
          <w:bCs/>
        </w:rPr>
        <w:t>Preferred Time</w:t>
      </w:r>
      <w:r w:rsidR="00D315B3">
        <w:t xml:space="preserve">(s): </w:t>
      </w:r>
      <w:sdt>
        <w:sdtPr>
          <w:id w:val="2004537773"/>
          <w:placeholder>
            <w:docPart w:val="476D8C7BADA2409DBC8CA28EE5B2527C"/>
          </w:placeholder>
          <w:showingPlcHdr/>
          <w:text/>
        </w:sdtPr>
        <w:sdtContent>
          <w:r w:rsidR="00B37727" w:rsidRPr="00537927">
            <w:rPr>
              <w:rStyle w:val="PlaceholderText"/>
            </w:rPr>
            <w:t>Click or tap here to enter text.</w:t>
          </w:r>
        </w:sdtContent>
      </w:sdt>
    </w:p>
    <w:p w14:paraId="6B251DEF" w14:textId="0BCD5752" w:rsidR="000C0B47" w:rsidRDefault="006927FB" w:rsidP="005959F1">
      <w:pPr>
        <w:pStyle w:val="Heading1"/>
        <w:spacing w:before="240"/>
      </w:pPr>
      <w:r>
        <w:t>8. Declaration</w:t>
      </w:r>
    </w:p>
    <w:p w14:paraId="7A529897" w14:textId="4821735B" w:rsidR="005959F1" w:rsidRDefault="005959F1">
      <w:r>
        <w:t>I declare the information above is true and complete. I understand that I am applying to coach under the standards and policies of Ontario Soccer and agree to abide by the Code of Conduct and Ethics.</w:t>
      </w:r>
      <w:r w:rsidR="00A86FFF">
        <w:t xml:space="preserve"> I certify that I have read and understood:</w:t>
      </w:r>
    </w:p>
    <w:p w14:paraId="193312F3" w14:textId="102883CD" w:rsidR="00FF28D4" w:rsidRDefault="00A86FFF">
      <w:r>
        <w:fldChar w:fldCharType="begin">
          <w:ffData>
            <w:name w:val="Check36"/>
            <w:enabled/>
            <w:calcOnExit w:val="0"/>
            <w:checkBox>
              <w:sizeAuto/>
              <w:default w:val="0"/>
            </w:checkBox>
          </w:ffData>
        </w:fldChar>
      </w:r>
      <w:bookmarkStart w:id="0" w:name="Check36"/>
      <w:r>
        <w:instrText xml:space="preserve"> FORMCHECKBOX </w:instrText>
      </w:r>
      <w:r>
        <w:fldChar w:fldCharType="separate"/>
      </w:r>
      <w:r>
        <w:fldChar w:fldCharType="end"/>
      </w:r>
      <w:bookmarkEnd w:id="0"/>
      <w:r w:rsidR="00915205">
        <w:fldChar w:fldCharType="begin"/>
      </w:r>
      <w:r w:rsidR="00915205">
        <w:instrText>HYPERLINK "https://westlincolnsoccerclub.ca/wp-content/uploads/West-Lincoln-Youth-Soccer-Club-Policies-1.pdf"</w:instrText>
      </w:r>
      <w:r w:rsidR="00915205">
        <w:fldChar w:fldCharType="separate"/>
      </w:r>
      <w:r w:rsidRPr="00915205">
        <w:rPr>
          <w:rStyle w:val="Hyperlink"/>
        </w:rPr>
        <w:t>WLYSC</w:t>
      </w:r>
      <w:r w:rsidR="00FF28D4" w:rsidRPr="00915205">
        <w:rPr>
          <w:rStyle w:val="Hyperlink"/>
        </w:rPr>
        <w:t xml:space="preserve"> Code of conduct</w:t>
      </w:r>
      <w:r w:rsidR="00915205">
        <w:fldChar w:fldCharType="end"/>
      </w:r>
      <w:r w:rsidR="00FF28D4">
        <w:t xml:space="preserve"> and </w:t>
      </w:r>
      <w:hyperlink r:id="rId9" w:history="1">
        <w:r w:rsidR="00FF28D4" w:rsidRPr="00915205">
          <w:rPr>
            <w:rStyle w:val="Hyperlink"/>
          </w:rPr>
          <w:t>NSL Code of Conduct</w:t>
        </w:r>
      </w:hyperlink>
    </w:p>
    <w:p w14:paraId="41F5DAAB" w14:textId="1C11255B" w:rsidR="00FF28D4" w:rsidRDefault="00F54CD5" w:rsidP="00FF28D4">
      <w:r>
        <w:t>Signature:</w:t>
      </w:r>
      <w:sdt>
        <w:sdtPr>
          <w:id w:val="-1491559521"/>
          <w:placeholder>
            <w:docPart w:val="200776DB036042098EB19E4D36F3BA44"/>
          </w:placeholder>
          <w:showingPlcHdr/>
          <w:text/>
        </w:sdtPr>
        <w:sdtContent>
          <w:r w:rsidR="00B37727" w:rsidRPr="00537927">
            <w:rPr>
              <w:rStyle w:val="PlaceholderText"/>
            </w:rPr>
            <w:t>Click or tap here to enter text.</w:t>
          </w:r>
        </w:sdtContent>
      </w:sdt>
      <w:r w:rsidR="004C5334">
        <w:t xml:space="preserve"> </w:t>
      </w:r>
      <w:r>
        <w:t xml:space="preserve">     </w:t>
      </w:r>
      <w:r w:rsidR="0083139D">
        <w:t xml:space="preserve"> </w:t>
      </w:r>
      <w:r>
        <w:t xml:space="preserve">Date: </w:t>
      </w:r>
      <w:sdt>
        <w:sdtPr>
          <w:id w:val="1089892286"/>
          <w:placeholder>
            <w:docPart w:val="40BE66820AFC4CD689B8BE8279F26F68"/>
          </w:placeholder>
          <w:showingPlcHdr/>
          <w:date>
            <w:dateFormat w:val="M/d/yyyy"/>
            <w:lid w:val="en-US"/>
            <w:storeMappedDataAs w:val="dateTime"/>
            <w:calendar w:val="gregorian"/>
          </w:date>
        </w:sdtPr>
        <w:sdtContent>
          <w:r w:rsidR="00B37727" w:rsidRPr="00903A74">
            <w:rPr>
              <w:rStyle w:val="PlaceholderText"/>
            </w:rPr>
            <w:t>Click or tap to enter a date.</w:t>
          </w:r>
        </w:sdtContent>
      </w:sdt>
    </w:p>
    <w:p w14:paraId="742BF9CF" w14:textId="57CDD320" w:rsidR="006D44FF" w:rsidRDefault="006D44FF" w:rsidP="006D44FF">
      <w:pPr>
        <w:pStyle w:val="Heading1"/>
      </w:pPr>
      <w:r>
        <w:t>9. Submit Application</w:t>
      </w:r>
    </w:p>
    <w:p w14:paraId="630DCFE4" w14:textId="0CA954D9" w:rsidR="006D44FF" w:rsidRDefault="006D44FF" w:rsidP="006D44FF">
      <w:r>
        <w:t xml:space="preserve">Please submit completed application and any relevant </w:t>
      </w:r>
      <w:r w:rsidR="007B05F5">
        <w:t>certificates,</w:t>
      </w:r>
      <w:r>
        <w:t xml:space="preserve"> references </w:t>
      </w:r>
      <w:r w:rsidR="007B05F5">
        <w:t>etc.</w:t>
      </w:r>
      <w:r>
        <w:t xml:space="preserve"> to </w:t>
      </w:r>
      <w:hyperlink r:id="rId10" w:history="1">
        <w:r w:rsidRPr="00BC1624">
          <w:rPr>
            <w:rStyle w:val="Hyperlink"/>
          </w:rPr>
          <w:t>westlincolnsoccerclub@gmail.com</w:t>
        </w:r>
      </w:hyperlink>
      <w:r>
        <w:t>.</w:t>
      </w:r>
    </w:p>
    <w:p w14:paraId="229B1CAF" w14:textId="496DCE77" w:rsidR="006D44FF" w:rsidRPr="006D44FF" w:rsidRDefault="006D44FF" w:rsidP="006D44FF">
      <w:r w:rsidRPr="006D44FF">
        <w:t xml:space="preserve">Thank you for taking the time to complete the application—your interest in contributing to our club is sincerely appreciated. Only those selected to move forward in the process will be contacted by </w:t>
      </w:r>
      <w:r>
        <w:t>a member of the selection team.</w:t>
      </w:r>
    </w:p>
    <w:p w14:paraId="5C537BA7" w14:textId="29BC5651" w:rsidR="00A86FFF" w:rsidRPr="00A86FFF" w:rsidRDefault="007B05F5" w:rsidP="00FF28D4">
      <w:pPr>
        <w:spacing w:after="0"/>
      </w:pPr>
      <w:r>
        <w:rPr>
          <w:noProof/>
        </w:rPr>
        <mc:AlternateContent>
          <mc:Choice Requires="wps">
            <w:drawing>
              <wp:anchor distT="0" distB="0" distL="114300" distR="114300" simplePos="0" relativeHeight="251574783" behindDoc="0" locked="0" layoutInCell="1" allowOverlap="1" wp14:anchorId="30A6F9EA" wp14:editId="7F565AD7">
                <wp:simplePos x="0" y="0"/>
                <wp:positionH relativeFrom="page">
                  <wp:posOffset>-47625</wp:posOffset>
                </wp:positionH>
                <wp:positionV relativeFrom="paragraph">
                  <wp:posOffset>2060575</wp:posOffset>
                </wp:positionV>
                <wp:extent cx="7913370" cy="2438400"/>
                <wp:effectExtent l="57150" t="38100" r="68580" b="95250"/>
                <wp:wrapNone/>
                <wp:docPr id="312376709" name="Rectangle 29"/>
                <wp:cNvGraphicFramePr/>
                <a:graphic xmlns:a="http://schemas.openxmlformats.org/drawingml/2006/main">
                  <a:graphicData uri="http://schemas.microsoft.com/office/word/2010/wordprocessingShape">
                    <wps:wsp>
                      <wps:cNvSpPr/>
                      <wps:spPr>
                        <a:xfrm>
                          <a:off x="0" y="0"/>
                          <a:ext cx="7913370" cy="2438400"/>
                        </a:xfrm>
                        <a:prstGeom prst="rect">
                          <a:avLst/>
                        </a:prstGeom>
                      </wps:spPr>
                      <wps:style>
                        <a:lnRef idx="1">
                          <a:schemeClr val="dk1"/>
                        </a:lnRef>
                        <a:fillRef idx="2">
                          <a:schemeClr val="dk1"/>
                        </a:fillRef>
                        <a:effectRef idx="1">
                          <a:schemeClr val="dk1"/>
                        </a:effectRef>
                        <a:fontRef idx="minor">
                          <a:schemeClr val="dk1"/>
                        </a:fontRef>
                      </wps:style>
                      <wps:txbx>
                        <w:txbxContent>
                          <w:p w14:paraId="613813E8" w14:textId="77777777" w:rsidR="007B05F5" w:rsidRPr="007B05F5" w:rsidRDefault="007B05F5" w:rsidP="007B05F5">
                            <w:pPr>
                              <w:spacing w:after="0"/>
                              <w:rPr>
                                <w:sz w:val="28"/>
                                <w:szCs w:val="28"/>
                              </w:rPr>
                            </w:pPr>
                            <w:r w:rsidRPr="007B05F5">
                              <w:rPr>
                                <w:sz w:val="32"/>
                                <w:szCs w:val="32"/>
                              </w:rPr>
                              <w:t>For Club Use Only (Internal)</w:t>
                            </w:r>
                          </w:p>
                          <w:p w14:paraId="3F609BE6" w14:textId="77777777" w:rsidR="007B05F5" w:rsidRPr="007B05F5" w:rsidRDefault="007B05F5" w:rsidP="007B05F5">
                            <w:pPr>
                              <w:spacing w:after="0"/>
                              <w:rPr>
                                <w:sz w:val="24"/>
                                <w:szCs w:val="24"/>
                              </w:rPr>
                            </w:pPr>
                            <w:r w:rsidRPr="007B05F5">
                              <w:rPr>
                                <w:sz w:val="24"/>
                                <w:szCs w:val="24"/>
                              </w:rPr>
                              <w:t>Approved By: __________________________        Date: _______________</w:t>
                            </w:r>
                          </w:p>
                          <w:p w14:paraId="2E13160E" w14:textId="75F64D7D" w:rsidR="007B05F5" w:rsidRPr="007B05F5" w:rsidRDefault="007B05F5" w:rsidP="007B05F5">
                            <w:pPr>
                              <w:spacing w:after="0"/>
                              <w:rPr>
                                <w:sz w:val="28"/>
                                <w:szCs w:val="28"/>
                              </w:rPr>
                            </w:pPr>
                            <w:r w:rsidRPr="007B05F5">
                              <w:rPr>
                                <w:sz w:val="24"/>
                                <w:szCs w:val="24"/>
                              </w:rPr>
                              <w:t>Position Assigned: ____________________        Team: _______________</w:t>
                            </w:r>
                          </w:p>
                          <w:p w14:paraId="123C4AED" w14:textId="77777777" w:rsidR="007B05F5" w:rsidRPr="005959F1" w:rsidRDefault="007B05F5" w:rsidP="007B05F5">
                            <w:pPr>
                              <w:spacing w:after="0"/>
                              <w:rPr>
                                <w:sz w:val="20"/>
                                <w:szCs w:val="20"/>
                              </w:rPr>
                            </w:pPr>
                          </w:p>
                          <w:p w14:paraId="4BD4D5C6" w14:textId="77777777" w:rsidR="007B05F5" w:rsidRDefault="007B05F5" w:rsidP="007B05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6F9EA" id="Rectangle 29" o:spid="_x0000_s1027" style="position:absolute;margin-left:-3.75pt;margin-top:162.25pt;width:623.1pt;height:192pt;z-index:2515747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" fillcolor="gray [1616]" strokecolor="black [3040]">
                <v:fill color2="#d9d9d9 [496]" rotate="t" angle="180" colors="0 #bcbcbc;22938f #d0d0d0;1 #ededed" focus="100%" type="gradient"/>
                <v:shadow on="t" color="black" opacity="24903f" origin=",.5" offset="0,.55556mm"/>
                <v:textbox>
                  <w:txbxContent>
                    <w:p w14:paraId="613813E8" w14:textId="77777777" w:rsidR="007B05F5" w:rsidRPr="007B05F5" w:rsidRDefault="007B05F5" w:rsidP="007B05F5">
                      <w:pPr>
                        <w:spacing w:after="0"/>
                        <w:rPr>
                          <w:sz w:val="28"/>
                          <w:szCs w:val="28"/>
                        </w:rPr>
                      </w:pPr>
                      <w:r w:rsidRPr="007B05F5">
                        <w:rPr>
                          <w:sz w:val="32"/>
                          <w:szCs w:val="32"/>
                        </w:rPr>
                        <w:t>For Club Use Only (Internal)</w:t>
                      </w:r>
                    </w:p>
                    <w:p w14:paraId="3F609BE6" w14:textId="77777777" w:rsidR="007B05F5" w:rsidRPr="007B05F5" w:rsidRDefault="007B05F5" w:rsidP="007B05F5">
                      <w:pPr>
                        <w:spacing w:after="0"/>
                        <w:rPr>
                          <w:sz w:val="24"/>
                          <w:szCs w:val="24"/>
                        </w:rPr>
                      </w:pPr>
                      <w:r w:rsidRPr="007B05F5">
                        <w:rPr>
                          <w:sz w:val="24"/>
                          <w:szCs w:val="24"/>
                        </w:rPr>
                        <w:t>Approved By: __________________________        Date: _______________</w:t>
                      </w:r>
                    </w:p>
                    <w:p w14:paraId="2E13160E" w14:textId="75F64D7D" w:rsidR="007B05F5" w:rsidRPr="007B05F5" w:rsidRDefault="007B05F5" w:rsidP="007B05F5">
                      <w:pPr>
                        <w:spacing w:after="0"/>
                        <w:rPr>
                          <w:sz w:val="28"/>
                          <w:szCs w:val="28"/>
                        </w:rPr>
                      </w:pPr>
                      <w:r w:rsidRPr="007B05F5">
                        <w:rPr>
                          <w:sz w:val="24"/>
                          <w:szCs w:val="24"/>
                        </w:rPr>
                        <w:t>Position Assigned: ____________________        Team: _______________</w:t>
                      </w:r>
                    </w:p>
                    <w:p w14:paraId="123C4AED" w14:textId="77777777" w:rsidR="007B05F5" w:rsidRPr="005959F1" w:rsidRDefault="007B05F5" w:rsidP="007B05F5">
                      <w:pPr>
                        <w:spacing w:after="0"/>
                        <w:rPr>
                          <w:sz w:val="20"/>
                          <w:szCs w:val="20"/>
                        </w:rPr>
                      </w:pPr>
                    </w:p>
                    <w:p w14:paraId="4BD4D5C6" w14:textId="77777777" w:rsidR="007B05F5" w:rsidRDefault="007B05F5" w:rsidP="007B05F5">
                      <w:pPr>
                        <w:jc w:val="center"/>
                      </w:pPr>
                    </w:p>
                  </w:txbxContent>
                </v:textbox>
                <w10:wrap anchorx="page"/>
              </v:rect>
            </w:pict>
          </mc:Fallback>
        </mc:AlternateContent>
      </w:r>
    </w:p>
    <w:sectPr w:rsidR="00A86FFF" w:rsidRPr="00A86FFF" w:rsidSect="00A86FFF">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1077" w:footer="1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3798F" w14:textId="77777777" w:rsidR="00315954" w:rsidRDefault="00315954" w:rsidP="00251EA2">
      <w:pPr>
        <w:spacing w:after="0" w:line="240" w:lineRule="auto"/>
      </w:pPr>
      <w:r>
        <w:separator/>
      </w:r>
    </w:p>
  </w:endnote>
  <w:endnote w:type="continuationSeparator" w:id="0">
    <w:p w14:paraId="6FEC4CDD" w14:textId="77777777" w:rsidR="00315954" w:rsidRDefault="00315954" w:rsidP="0025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A444" w14:textId="77777777" w:rsidR="00272FA6" w:rsidRDefault="00272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CBCC" w14:textId="77777777" w:rsidR="00272FA6" w:rsidRDefault="00272F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C88F" w14:textId="77777777" w:rsidR="00272FA6" w:rsidRDefault="00272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0781F" w14:textId="77777777" w:rsidR="00315954" w:rsidRDefault="00315954" w:rsidP="00251EA2">
      <w:pPr>
        <w:spacing w:after="0" w:line="240" w:lineRule="auto"/>
      </w:pPr>
      <w:r>
        <w:separator/>
      </w:r>
    </w:p>
  </w:footnote>
  <w:footnote w:type="continuationSeparator" w:id="0">
    <w:p w14:paraId="72087FF4" w14:textId="77777777" w:rsidR="00315954" w:rsidRDefault="00315954" w:rsidP="00251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1946" w14:textId="258AD09E" w:rsidR="00F54CD5" w:rsidRDefault="00F54CD5">
    <w:pPr>
      <w:pStyle w:val="Header"/>
    </w:pPr>
    <w:r>
      <w:rPr>
        <w:noProof/>
      </w:rPr>
      <mc:AlternateContent>
        <mc:Choice Requires="wps">
          <w:drawing>
            <wp:anchor distT="0" distB="0" distL="0" distR="0" simplePos="0" relativeHeight="251659264" behindDoc="0" locked="0" layoutInCell="1" allowOverlap="1" wp14:anchorId="5971F5AB" wp14:editId="6E403A02">
              <wp:simplePos x="635" y="635"/>
              <wp:positionH relativeFrom="page">
                <wp:align>left</wp:align>
              </wp:positionH>
              <wp:positionV relativeFrom="page">
                <wp:align>top</wp:align>
              </wp:positionV>
              <wp:extent cx="2068830" cy="368935"/>
              <wp:effectExtent l="0" t="0" r="7620" b="12065"/>
              <wp:wrapNone/>
              <wp:docPr id="1124321386" name="Text Box 5" descr="Hamilton Health Sciences -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8830" cy="368935"/>
                      </a:xfrm>
                      <a:prstGeom prst="rect">
                        <a:avLst/>
                      </a:prstGeom>
                      <a:noFill/>
                      <a:ln>
                        <a:noFill/>
                      </a:ln>
                    </wps:spPr>
                    <wps:txbx>
                      <w:txbxContent>
                        <w:p w14:paraId="7549FCF3" w14:textId="3279ED31" w:rsidR="00F54CD5" w:rsidRPr="00F54CD5" w:rsidRDefault="00F54CD5" w:rsidP="00F54CD5">
                          <w:pPr>
                            <w:spacing w:after="0"/>
                            <w:rPr>
                              <w:rFonts w:ascii="Calibri" w:eastAsia="Calibri" w:hAnsi="Calibri" w:cs="Calibri"/>
                              <w:noProof/>
                              <w:color w:val="000000"/>
                              <w:sz w:val="20"/>
                              <w:szCs w:val="20"/>
                            </w:rPr>
                          </w:pPr>
                          <w:r w:rsidRPr="00F54CD5">
                            <w:rPr>
                              <w:rFonts w:ascii="Calibri" w:eastAsia="Calibri" w:hAnsi="Calibri" w:cs="Calibri"/>
                              <w:noProof/>
                              <w:color w:val="000000"/>
                              <w:sz w:val="20"/>
                              <w:szCs w:val="20"/>
                            </w:rPr>
                            <w:t>Hamilton Health Sciences -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971F5AB" id="_x0000_t202" coordsize="21600,21600" o:spt="202" path="m,l,21600r21600,l21600,xe">
              <v:stroke joinstyle="miter"/>
              <v:path gradientshapeok="t" o:connecttype="rect"/>
            </v:shapetype>
            <v:shape id="Text Box 5" o:spid="_x0000_s1028" type="#_x0000_t202" alt="Hamilton Health Sciences - Internal" style="position:absolute;margin-left:0;margin-top:0;width:162.9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" filled="f" stroked="f">
              <v:textbox style="mso-fit-shape-to-text:t" inset="20pt,15pt,0,0">
                <w:txbxContent>
                  <w:p w14:paraId="7549FCF3" w14:textId="3279ED31" w:rsidR="00F54CD5" w:rsidRPr="00F54CD5" w:rsidRDefault="00F54CD5" w:rsidP="00F54CD5">
                    <w:pPr>
                      <w:spacing w:after="0"/>
                      <w:rPr>
                        <w:rFonts w:ascii="Calibri" w:eastAsia="Calibri" w:hAnsi="Calibri" w:cs="Calibri"/>
                        <w:noProof/>
                        <w:color w:val="000000"/>
                        <w:sz w:val="20"/>
                        <w:szCs w:val="20"/>
                      </w:rPr>
                    </w:pPr>
                    <w:r w:rsidRPr="00F54CD5">
                      <w:rPr>
                        <w:rFonts w:ascii="Calibri" w:eastAsia="Calibri" w:hAnsi="Calibri" w:cs="Calibri"/>
                        <w:noProof/>
                        <w:color w:val="000000"/>
                        <w:sz w:val="20"/>
                        <w:szCs w:val="20"/>
                      </w:rPr>
                      <w:t>Hamilton Health Sciences -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F7F0" w14:textId="1F1E0F01" w:rsidR="00F54CD5" w:rsidRDefault="00F54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CE96" w14:textId="56E0BF8F" w:rsidR="00F54CD5" w:rsidRDefault="00F54CD5">
    <w:pPr>
      <w:pStyle w:val="Header"/>
    </w:pPr>
    <w:r>
      <w:rPr>
        <w:noProof/>
      </w:rPr>
      <mc:AlternateContent>
        <mc:Choice Requires="wps">
          <w:drawing>
            <wp:anchor distT="0" distB="0" distL="0" distR="0" simplePos="0" relativeHeight="251658240" behindDoc="0" locked="0" layoutInCell="1" allowOverlap="1" wp14:anchorId="0721BCA0" wp14:editId="7E3CD525">
              <wp:simplePos x="635" y="635"/>
              <wp:positionH relativeFrom="page">
                <wp:align>left</wp:align>
              </wp:positionH>
              <wp:positionV relativeFrom="page">
                <wp:align>top</wp:align>
              </wp:positionV>
              <wp:extent cx="2068830" cy="368935"/>
              <wp:effectExtent l="0" t="0" r="7620" b="12065"/>
              <wp:wrapNone/>
              <wp:docPr id="1189888073" name="Text Box 4" descr="Hamilton Health Sciences -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068830" cy="368935"/>
                      </a:xfrm>
                      <a:prstGeom prst="rect">
                        <a:avLst/>
                      </a:prstGeom>
                      <a:noFill/>
                      <a:ln>
                        <a:noFill/>
                      </a:ln>
                    </wps:spPr>
                    <wps:txbx>
                      <w:txbxContent>
                        <w:p w14:paraId="14B3F1CF" w14:textId="56503D6F" w:rsidR="00F54CD5" w:rsidRPr="00F54CD5" w:rsidRDefault="00F54CD5" w:rsidP="00F54CD5">
                          <w:pPr>
                            <w:spacing w:after="0"/>
                            <w:rPr>
                              <w:rFonts w:ascii="Calibri" w:eastAsia="Calibri" w:hAnsi="Calibri" w:cs="Calibri"/>
                              <w:noProof/>
                              <w:color w:val="000000"/>
                              <w:sz w:val="20"/>
                              <w:szCs w:val="20"/>
                            </w:rPr>
                          </w:pPr>
                          <w:r w:rsidRPr="00F54CD5">
                            <w:rPr>
                              <w:rFonts w:ascii="Calibri" w:eastAsia="Calibri" w:hAnsi="Calibri" w:cs="Calibri"/>
                              <w:noProof/>
                              <w:color w:val="000000"/>
                              <w:sz w:val="20"/>
                              <w:szCs w:val="20"/>
                            </w:rPr>
                            <w:t>Hamilton Health Sciences -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21BCA0" id="_x0000_t202" coordsize="21600,21600" o:spt="202" path="m,l,21600r21600,l21600,xe">
              <v:stroke joinstyle="miter"/>
              <v:path gradientshapeok="t" o:connecttype="rect"/>
            </v:shapetype>
            <v:shape id="Text Box 4" o:spid="_x0000_s1029" type="#_x0000_t202" alt="Hamilton Health Sciences - Internal" style="position:absolute;margin-left:0;margin-top:0;width:162.9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" filled="f" stroked="f">
              <v:textbox style="mso-fit-shape-to-text:t" inset="20pt,15pt,0,0">
                <w:txbxContent>
                  <w:p w14:paraId="14B3F1CF" w14:textId="56503D6F" w:rsidR="00F54CD5" w:rsidRPr="00F54CD5" w:rsidRDefault="00F54CD5" w:rsidP="00F54CD5">
                    <w:pPr>
                      <w:spacing w:after="0"/>
                      <w:rPr>
                        <w:rFonts w:ascii="Calibri" w:eastAsia="Calibri" w:hAnsi="Calibri" w:cs="Calibri"/>
                        <w:noProof/>
                        <w:color w:val="000000"/>
                        <w:sz w:val="20"/>
                        <w:szCs w:val="20"/>
                      </w:rPr>
                    </w:pPr>
                    <w:r w:rsidRPr="00F54CD5">
                      <w:rPr>
                        <w:rFonts w:ascii="Calibri" w:eastAsia="Calibri" w:hAnsi="Calibri" w:cs="Calibri"/>
                        <w:noProof/>
                        <w:color w:val="000000"/>
                        <w:sz w:val="20"/>
                        <w:szCs w:val="20"/>
                      </w:rPr>
                      <w:t>Hamilton Health Sciences -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2460085">
    <w:abstractNumId w:val="8"/>
  </w:num>
  <w:num w:numId="2" w16cid:durableId="1941914890">
    <w:abstractNumId w:val="6"/>
  </w:num>
  <w:num w:numId="3" w16cid:durableId="1749232240">
    <w:abstractNumId w:val="5"/>
  </w:num>
  <w:num w:numId="4" w16cid:durableId="1787772683">
    <w:abstractNumId w:val="4"/>
  </w:num>
  <w:num w:numId="5" w16cid:durableId="896166557">
    <w:abstractNumId w:val="7"/>
  </w:num>
  <w:num w:numId="6" w16cid:durableId="155221783">
    <w:abstractNumId w:val="3"/>
  </w:num>
  <w:num w:numId="7" w16cid:durableId="527259067">
    <w:abstractNumId w:val="2"/>
  </w:num>
  <w:num w:numId="8" w16cid:durableId="182013506">
    <w:abstractNumId w:val="1"/>
  </w:num>
  <w:num w:numId="9" w16cid:durableId="2048291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6D9D"/>
    <w:rsid w:val="000A4990"/>
    <w:rsid w:val="000A5627"/>
    <w:rsid w:val="000C0B47"/>
    <w:rsid w:val="000D26F3"/>
    <w:rsid w:val="00126284"/>
    <w:rsid w:val="001451AD"/>
    <w:rsid w:val="0015074B"/>
    <w:rsid w:val="00157480"/>
    <w:rsid w:val="00162968"/>
    <w:rsid w:val="001B420E"/>
    <w:rsid w:val="001F2C30"/>
    <w:rsid w:val="0020047C"/>
    <w:rsid w:val="00207DCF"/>
    <w:rsid w:val="002505E0"/>
    <w:rsid w:val="00251EA2"/>
    <w:rsid w:val="00272FA6"/>
    <w:rsid w:val="0029639D"/>
    <w:rsid w:val="00315954"/>
    <w:rsid w:val="00326F90"/>
    <w:rsid w:val="0035301F"/>
    <w:rsid w:val="003C3C03"/>
    <w:rsid w:val="004662D0"/>
    <w:rsid w:val="004B5B4B"/>
    <w:rsid w:val="004C5334"/>
    <w:rsid w:val="005937FE"/>
    <w:rsid w:val="005959F1"/>
    <w:rsid w:val="005E7415"/>
    <w:rsid w:val="006174E6"/>
    <w:rsid w:val="0065617E"/>
    <w:rsid w:val="006927FB"/>
    <w:rsid w:val="006A690D"/>
    <w:rsid w:val="006D44FF"/>
    <w:rsid w:val="007B05F5"/>
    <w:rsid w:val="0083139D"/>
    <w:rsid w:val="00855619"/>
    <w:rsid w:val="00892633"/>
    <w:rsid w:val="008B4AC4"/>
    <w:rsid w:val="00914BC4"/>
    <w:rsid w:val="00915205"/>
    <w:rsid w:val="009229C8"/>
    <w:rsid w:val="009637C8"/>
    <w:rsid w:val="009725AC"/>
    <w:rsid w:val="00A8327C"/>
    <w:rsid w:val="00A86FFF"/>
    <w:rsid w:val="00AA1D8D"/>
    <w:rsid w:val="00B37727"/>
    <w:rsid w:val="00B411C3"/>
    <w:rsid w:val="00B47730"/>
    <w:rsid w:val="00BA4612"/>
    <w:rsid w:val="00C07395"/>
    <w:rsid w:val="00C25131"/>
    <w:rsid w:val="00CB0664"/>
    <w:rsid w:val="00CC78CB"/>
    <w:rsid w:val="00D315B3"/>
    <w:rsid w:val="00D50667"/>
    <w:rsid w:val="00E2147D"/>
    <w:rsid w:val="00E34071"/>
    <w:rsid w:val="00E65178"/>
    <w:rsid w:val="00ED54FA"/>
    <w:rsid w:val="00F3210A"/>
    <w:rsid w:val="00F33D5D"/>
    <w:rsid w:val="00F54CD5"/>
    <w:rsid w:val="00FC693F"/>
    <w:rsid w:val="00FE60AB"/>
    <w:rsid w:val="00FF28D4"/>
    <w:rsid w:val="00FF33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25AE30"/>
  <w14:defaultImageDpi w14:val="330"/>
  <w15:docId w15:val="{A21B4C19-2DFC-431C-875A-F34E463E4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D44FF"/>
    <w:rPr>
      <w:color w:val="0000FF" w:themeColor="hyperlink"/>
      <w:u w:val="single"/>
    </w:rPr>
  </w:style>
  <w:style w:type="character" w:styleId="UnresolvedMention">
    <w:name w:val="Unresolved Mention"/>
    <w:basedOn w:val="DefaultParagraphFont"/>
    <w:uiPriority w:val="99"/>
    <w:semiHidden/>
    <w:unhideWhenUsed/>
    <w:rsid w:val="006D44FF"/>
    <w:rPr>
      <w:color w:val="605E5C"/>
      <w:shd w:val="clear" w:color="auto" w:fill="E1DFDD"/>
    </w:rPr>
  </w:style>
  <w:style w:type="character" w:styleId="CommentReference">
    <w:name w:val="annotation reference"/>
    <w:basedOn w:val="DefaultParagraphFont"/>
    <w:uiPriority w:val="99"/>
    <w:semiHidden/>
    <w:unhideWhenUsed/>
    <w:rsid w:val="004662D0"/>
    <w:rPr>
      <w:sz w:val="16"/>
      <w:szCs w:val="16"/>
    </w:rPr>
  </w:style>
  <w:style w:type="paragraph" w:styleId="CommentText">
    <w:name w:val="annotation text"/>
    <w:basedOn w:val="Normal"/>
    <w:link w:val="CommentTextChar"/>
    <w:uiPriority w:val="99"/>
    <w:unhideWhenUsed/>
    <w:rsid w:val="004662D0"/>
    <w:pPr>
      <w:spacing w:line="240" w:lineRule="auto"/>
    </w:pPr>
    <w:rPr>
      <w:sz w:val="20"/>
      <w:szCs w:val="20"/>
    </w:rPr>
  </w:style>
  <w:style w:type="character" w:customStyle="1" w:styleId="CommentTextChar">
    <w:name w:val="Comment Text Char"/>
    <w:basedOn w:val="DefaultParagraphFont"/>
    <w:link w:val="CommentText"/>
    <w:uiPriority w:val="99"/>
    <w:rsid w:val="004662D0"/>
    <w:rPr>
      <w:sz w:val="20"/>
      <w:szCs w:val="20"/>
    </w:rPr>
  </w:style>
  <w:style w:type="paragraph" w:styleId="CommentSubject">
    <w:name w:val="annotation subject"/>
    <w:basedOn w:val="CommentText"/>
    <w:next w:val="CommentText"/>
    <w:link w:val="CommentSubjectChar"/>
    <w:uiPriority w:val="99"/>
    <w:semiHidden/>
    <w:unhideWhenUsed/>
    <w:rsid w:val="004662D0"/>
    <w:rPr>
      <w:b/>
      <w:bCs/>
    </w:rPr>
  </w:style>
  <w:style w:type="character" w:customStyle="1" w:styleId="CommentSubjectChar">
    <w:name w:val="Comment Subject Char"/>
    <w:basedOn w:val="CommentTextChar"/>
    <w:link w:val="CommentSubject"/>
    <w:uiPriority w:val="99"/>
    <w:semiHidden/>
    <w:rsid w:val="004662D0"/>
    <w:rPr>
      <w:b/>
      <w:bCs/>
      <w:sz w:val="20"/>
      <w:szCs w:val="20"/>
    </w:rPr>
  </w:style>
  <w:style w:type="character" w:styleId="PlaceholderText">
    <w:name w:val="Placeholder Text"/>
    <w:basedOn w:val="DefaultParagraphFont"/>
    <w:uiPriority w:val="99"/>
    <w:semiHidden/>
    <w:rsid w:val="003C3C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westlincolnsoccerclub@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ew.officeapps.live.com/op/view.aspx?src=https%3A%2F%2Fniagarasl.com%2Fwp-content%2Fuploads%2FNSL-Rules-and-Regulations-20252.docx&amp;wdOrigin=BROWSELINK"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AA56EBBA43A99BB1279841C9CF60"/>
        <w:category>
          <w:name w:val="General"/>
          <w:gallery w:val="placeholder"/>
        </w:category>
        <w:types>
          <w:type w:val="bbPlcHdr"/>
        </w:types>
        <w:behaviors>
          <w:behavior w:val="content"/>
        </w:behaviors>
        <w:guid w:val="{7210D017-2B54-472F-A1C9-7B3E5051C699}"/>
      </w:docPartPr>
      <w:docPartBody>
        <w:p w:rsidR="007879FE" w:rsidRDefault="00B6410C" w:rsidP="00B6410C">
          <w:pPr>
            <w:pStyle w:val="216EAA56EBBA43A99BB1279841C9CF602"/>
          </w:pPr>
          <w:r w:rsidRPr="00537927">
            <w:rPr>
              <w:rStyle w:val="PlaceholderText"/>
            </w:rPr>
            <w:t>Click or tap to enter a date.</w:t>
          </w:r>
        </w:p>
      </w:docPartBody>
    </w:docPart>
    <w:docPart>
      <w:docPartPr>
        <w:name w:val="53AA422ACEAF4F4B8BE452C699D9D3C4"/>
        <w:category>
          <w:name w:val="General"/>
          <w:gallery w:val="placeholder"/>
        </w:category>
        <w:types>
          <w:type w:val="bbPlcHdr"/>
        </w:types>
        <w:behaviors>
          <w:behavior w:val="content"/>
        </w:behaviors>
        <w:guid w:val="{716FB0BA-8A09-4983-99D3-5AB3C5DEC008}"/>
      </w:docPartPr>
      <w:docPartBody>
        <w:p w:rsidR="00A97A91" w:rsidRDefault="00B6410C" w:rsidP="00B6410C">
          <w:pPr>
            <w:pStyle w:val="53AA422ACEAF4F4B8BE452C699D9D3C42"/>
          </w:pPr>
          <w:r w:rsidRPr="00537927">
            <w:rPr>
              <w:rStyle w:val="PlaceholderText"/>
            </w:rPr>
            <w:t>Click or tap here to enter text.</w:t>
          </w:r>
        </w:p>
      </w:docPartBody>
    </w:docPart>
    <w:docPart>
      <w:docPartPr>
        <w:name w:val="EDCE972068444328941E4FEDEB038D1A"/>
        <w:category>
          <w:name w:val="General"/>
          <w:gallery w:val="placeholder"/>
        </w:category>
        <w:types>
          <w:type w:val="bbPlcHdr"/>
        </w:types>
        <w:behaviors>
          <w:behavior w:val="content"/>
        </w:behaviors>
        <w:guid w:val="{04377601-1746-4DA7-A43F-25785E7EFBDE}"/>
      </w:docPartPr>
      <w:docPartBody>
        <w:p w:rsidR="00A97A91" w:rsidRDefault="00B6410C" w:rsidP="00B6410C">
          <w:pPr>
            <w:pStyle w:val="EDCE972068444328941E4FEDEB038D1A2"/>
          </w:pPr>
          <w:r w:rsidRPr="00537927">
            <w:rPr>
              <w:rStyle w:val="PlaceholderText"/>
            </w:rPr>
            <w:t>Click or tap here to enter text.</w:t>
          </w:r>
        </w:p>
      </w:docPartBody>
    </w:docPart>
    <w:docPart>
      <w:docPartPr>
        <w:name w:val="B3F3F82DA05A4D24B96238C0895739E5"/>
        <w:category>
          <w:name w:val="General"/>
          <w:gallery w:val="placeholder"/>
        </w:category>
        <w:types>
          <w:type w:val="bbPlcHdr"/>
        </w:types>
        <w:behaviors>
          <w:behavior w:val="content"/>
        </w:behaviors>
        <w:guid w:val="{4A1C9B7B-7FB6-43AD-9FCB-BCB7A48128E0}"/>
      </w:docPartPr>
      <w:docPartBody>
        <w:p w:rsidR="00A97A91" w:rsidRDefault="00B6410C" w:rsidP="00B6410C">
          <w:pPr>
            <w:pStyle w:val="B3F3F82DA05A4D24B96238C0895739E52"/>
          </w:pPr>
          <w:r w:rsidRPr="00537927">
            <w:rPr>
              <w:rStyle w:val="PlaceholderText"/>
            </w:rPr>
            <w:t>Click or tap here to enter text.</w:t>
          </w:r>
        </w:p>
      </w:docPartBody>
    </w:docPart>
    <w:docPart>
      <w:docPartPr>
        <w:name w:val="E00E3E1AE27043F89A38A4E8FE4B17B9"/>
        <w:category>
          <w:name w:val="General"/>
          <w:gallery w:val="placeholder"/>
        </w:category>
        <w:types>
          <w:type w:val="bbPlcHdr"/>
        </w:types>
        <w:behaviors>
          <w:behavior w:val="content"/>
        </w:behaviors>
        <w:guid w:val="{3AD7FB78-4A8A-410C-90FD-CFE4ADBA0B3A}"/>
      </w:docPartPr>
      <w:docPartBody>
        <w:p w:rsidR="00A97A91" w:rsidRDefault="00B6410C" w:rsidP="00B6410C">
          <w:pPr>
            <w:pStyle w:val="E00E3E1AE27043F89A38A4E8FE4B17B92"/>
          </w:pPr>
          <w:r w:rsidRPr="00537927">
            <w:rPr>
              <w:rStyle w:val="PlaceholderText"/>
            </w:rPr>
            <w:t>Click or tap here to enter text.</w:t>
          </w:r>
        </w:p>
      </w:docPartBody>
    </w:docPart>
    <w:docPart>
      <w:docPartPr>
        <w:name w:val="4534C50411AE46D98BCD75B63F5675EB"/>
        <w:category>
          <w:name w:val="General"/>
          <w:gallery w:val="placeholder"/>
        </w:category>
        <w:types>
          <w:type w:val="bbPlcHdr"/>
        </w:types>
        <w:behaviors>
          <w:behavior w:val="content"/>
        </w:behaviors>
        <w:guid w:val="{DEC14C2F-EC0D-4031-98EA-3E9BA60390FE}"/>
      </w:docPartPr>
      <w:docPartBody>
        <w:p w:rsidR="00A97A91" w:rsidRDefault="00B6410C" w:rsidP="00B6410C">
          <w:pPr>
            <w:pStyle w:val="4534C50411AE46D98BCD75B63F5675EB2"/>
          </w:pPr>
          <w:r w:rsidRPr="00537927">
            <w:rPr>
              <w:rStyle w:val="PlaceholderText"/>
            </w:rPr>
            <w:t>Click or tap here to enter text.</w:t>
          </w:r>
        </w:p>
      </w:docPartBody>
    </w:docPart>
    <w:docPart>
      <w:docPartPr>
        <w:name w:val="66A0958A99E44FE8B22B493BD7A3B517"/>
        <w:category>
          <w:name w:val="General"/>
          <w:gallery w:val="placeholder"/>
        </w:category>
        <w:types>
          <w:type w:val="bbPlcHdr"/>
        </w:types>
        <w:behaviors>
          <w:behavior w:val="content"/>
        </w:behaviors>
        <w:guid w:val="{B975CB04-E3C5-474D-AAAA-5D30B715D57D}"/>
      </w:docPartPr>
      <w:docPartBody>
        <w:p w:rsidR="00A97A91" w:rsidRDefault="00B6410C" w:rsidP="00B6410C">
          <w:pPr>
            <w:pStyle w:val="66A0958A99E44FE8B22B493BD7A3B5172"/>
          </w:pPr>
          <w:r w:rsidRPr="00537927">
            <w:rPr>
              <w:rStyle w:val="PlaceholderText"/>
            </w:rPr>
            <w:t>Click or tap here to enter text.</w:t>
          </w:r>
        </w:p>
      </w:docPartBody>
    </w:docPart>
    <w:docPart>
      <w:docPartPr>
        <w:name w:val="7E692C7F760145CE88BC2D4A48510C28"/>
        <w:category>
          <w:name w:val="General"/>
          <w:gallery w:val="placeholder"/>
        </w:category>
        <w:types>
          <w:type w:val="bbPlcHdr"/>
        </w:types>
        <w:behaviors>
          <w:behavior w:val="content"/>
        </w:behaviors>
        <w:guid w:val="{152DDF96-012F-4F47-98BB-AE3A8EF0E17E}"/>
      </w:docPartPr>
      <w:docPartBody>
        <w:p w:rsidR="00A97A91" w:rsidRDefault="00B6410C" w:rsidP="00B6410C">
          <w:pPr>
            <w:pStyle w:val="7E692C7F760145CE88BC2D4A48510C282"/>
          </w:pPr>
          <w:r w:rsidRPr="00537927">
            <w:rPr>
              <w:rStyle w:val="PlaceholderText"/>
            </w:rPr>
            <w:t>Click or tap here to enter text.</w:t>
          </w:r>
        </w:p>
      </w:docPartBody>
    </w:docPart>
    <w:docPart>
      <w:docPartPr>
        <w:name w:val="320CDEE611584A5398D9B1105C22F820"/>
        <w:category>
          <w:name w:val="General"/>
          <w:gallery w:val="placeholder"/>
        </w:category>
        <w:types>
          <w:type w:val="bbPlcHdr"/>
        </w:types>
        <w:behaviors>
          <w:behavior w:val="content"/>
        </w:behaviors>
        <w:guid w:val="{7C497780-2956-4972-988D-696E3BB66B2A}"/>
      </w:docPartPr>
      <w:docPartBody>
        <w:p w:rsidR="00A97A91" w:rsidRDefault="00B6410C" w:rsidP="00B6410C">
          <w:pPr>
            <w:pStyle w:val="320CDEE611584A5398D9B1105C22F8202"/>
          </w:pPr>
          <w:r w:rsidRPr="00537927">
            <w:rPr>
              <w:rStyle w:val="PlaceholderText"/>
            </w:rPr>
            <w:t>Click or tap here to enter text.</w:t>
          </w:r>
        </w:p>
      </w:docPartBody>
    </w:docPart>
    <w:docPart>
      <w:docPartPr>
        <w:name w:val="2E5B4ACDA13248B68653B1EE9DD547EE"/>
        <w:category>
          <w:name w:val="General"/>
          <w:gallery w:val="placeholder"/>
        </w:category>
        <w:types>
          <w:type w:val="bbPlcHdr"/>
        </w:types>
        <w:behaviors>
          <w:behavior w:val="content"/>
        </w:behaviors>
        <w:guid w:val="{F9902344-E0C9-4569-B081-56035AFC6D81}"/>
      </w:docPartPr>
      <w:docPartBody>
        <w:p w:rsidR="00A97A91" w:rsidRDefault="00B6410C" w:rsidP="00B6410C">
          <w:pPr>
            <w:pStyle w:val="2E5B4ACDA13248B68653B1EE9DD547EE2"/>
          </w:pPr>
          <w:r w:rsidRPr="00537927">
            <w:rPr>
              <w:rStyle w:val="PlaceholderText"/>
            </w:rPr>
            <w:t>Click or tap here to enter text.</w:t>
          </w:r>
        </w:p>
      </w:docPartBody>
    </w:docPart>
    <w:docPart>
      <w:docPartPr>
        <w:name w:val="2A0AA8A8ACB44EBDBDB4B461A9319EAB"/>
        <w:category>
          <w:name w:val="General"/>
          <w:gallery w:val="placeholder"/>
        </w:category>
        <w:types>
          <w:type w:val="bbPlcHdr"/>
        </w:types>
        <w:behaviors>
          <w:behavior w:val="content"/>
        </w:behaviors>
        <w:guid w:val="{27DB7264-462A-40D7-98FF-2CC1A2AD6720}"/>
      </w:docPartPr>
      <w:docPartBody>
        <w:p w:rsidR="00A97A91" w:rsidRDefault="00B6410C" w:rsidP="00B6410C">
          <w:pPr>
            <w:pStyle w:val="2A0AA8A8ACB44EBDBDB4B461A9319EAB2"/>
          </w:pPr>
          <w:r w:rsidRPr="00903A74">
            <w:rPr>
              <w:rStyle w:val="PlaceholderText"/>
            </w:rPr>
            <w:t>Click or tap to enter a date.</w:t>
          </w:r>
        </w:p>
      </w:docPartBody>
    </w:docPart>
    <w:docPart>
      <w:docPartPr>
        <w:name w:val="BDA05EFA2A8E46BB81BF0EF0EC992C8B"/>
        <w:category>
          <w:name w:val="General"/>
          <w:gallery w:val="placeholder"/>
        </w:category>
        <w:types>
          <w:type w:val="bbPlcHdr"/>
        </w:types>
        <w:behaviors>
          <w:behavior w:val="content"/>
        </w:behaviors>
        <w:guid w:val="{744DB185-AEAF-4600-BE26-B3029E566F51}"/>
      </w:docPartPr>
      <w:docPartBody>
        <w:p w:rsidR="00A97A91" w:rsidRDefault="00B6410C" w:rsidP="00B6410C">
          <w:pPr>
            <w:pStyle w:val="BDA05EFA2A8E46BB81BF0EF0EC992C8B2"/>
          </w:pPr>
          <w:r w:rsidRPr="00903A74">
            <w:rPr>
              <w:rStyle w:val="PlaceholderText"/>
            </w:rPr>
            <w:t>Click or tap to enter a date.</w:t>
          </w:r>
        </w:p>
      </w:docPartBody>
    </w:docPart>
    <w:docPart>
      <w:docPartPr>
        <w:name w:val="BA300DA965974443827D55D0E6608440"/>
        <w:category>
          <w:name w:val="General"/>
          <w:gallery w:val="placeholder"/>
        </w:category>
        <w:types>
          <w:type w:val="bbPlcHdr"/>
        </w:types>
        <w:behaviors>
          <w:behavior w:val="content"/>
        </w:behaviors>
        <w:guid w:val="{B3E41F09-84F7-45C6-B419-5CAC5E10BFD0}"/>
      </w:docPartPr>
      <w:docPartBody>
        <w:p w:rsidR="00A97A91" w:rsidRDefault="00B6410C" w:rsidP="00B6410C">
          <w:pPr>
            <w:pStyle w:val="BA300DA965974443827D55D0E66084402"/>
          </w:pPr>
          <w:r w:rsidRPr="00903A74">
            <w:rPr>
              <w:rStyle w:val="PlaceholderText"/>
            </w:rPr>
            <w:t>Click or tap to enter a date.</w:t>
          </w:r>
        </w:p>
      </w:docPartBody>
    </w:docPart>
    <w:docPart>
      <w:docPartPr>
        <w:name w:val="0AEDC7787C4D4E14A9441665B710CCAB"/>
        <w:category>
          <w:name w:val="General"/>
          <w:gallery w:val="placeholder"/>
        </w:category>
        <w:types>
          <w:type w:val="bbPlcHdr"/>
        </w:types>
        <w:behaviors>
          <w:behavior w:val="content"/>
        </w:behaviors>
        <w:guid w:val="{F4E084C3-9FDE-493E-9AE4-B66E80994922}"/>
      </w:docPartPr>
      <w:docPartBody>
        <w:p w:rsidR="00A97A91" w:rsidRDefault="00B6410C" w:rsidP="00B6410C">
          <w:pPr>
            <w:pStyle w:val="0AEDC7787C4D4E14A9441665B710CCAB2"/>
          </w:pPr>
          <w:r w:rsidRPr="00903A74">
            <w:rPr>
              <w:rStyle w:val="PlaceholderText"/>
            </w:rPr>
            <w:t>Click or tap to enter a date.</w:t>
          </w:r>
        </w:p>
      </w:docPartBody>
    </w:docPart>
    <w:docPart>
      <w:docPartPr>
        <w:name w:val="EB167E7510EA4BFCA59F634CD4F6A76A"/>
        <w:category>
          <w:name w:val="General"/>
          <w:gallery w:val="placeholder"/>
        </w:category>
        <w:types>
          <w:type w:val="bbPlcHdr"/>
        </w:types>
        <w:behaviors>
          <w:behavior w:val="content"/>
        </w:behaviors>
        <w:guid w:val="{44EE95AA-6BCA-4B91-BED0-31A334E0DDCE}"/>
      </w:docPartPr>
      <w:docPartBody>
        <w:p w:rsidR="00A97A91" w:rsidRDefault="00B6410C" w:rsidP="00B6410C">
          <w:pPr>
            <w:pStyle w:val="EB167E7510EA4BFCA59F634CD4F6A76A2"/>
          </w:pPr>
          <w:r w:rsidRPr="00903A74">
            <w:rPr>
              <w:rStyle w:val="PlaceholderText"/>
            </w:rPr>
            <w:t>Click or tap to enter a date.</w:t>
          </w:r>
        </w:p>
      </w:docPartBody>
    </w:docPart>
    <w:docPart>
      <w:docPartPr>
        <w:name w:val="B50607BA8F45461CB0F6B26DD293AB4F"/>
        <w:category>
          <w:name w:val="General"/>
          <w:gallery w:val="placeholder"/>
        </w:category>
        <w:types>
          <w:type w:val="bbPlcHdr"/>
        </w:types>
        <w:behaviors>
          <w:behavior w:val="content"/>
        </w:behaviors>
        <w:guid w:val="{AD8FF12F-649B-4A7E-8F2A-AA76D8D1052D}"/>
      </w:docPartPr>
      <w:docPartBody>
        <w:p w:rsidR="00A97A91" w:rsidRDefault="00B6410C" w:rsidP="00B6410C">
          <w:pPr>
            <w:pStyle w:val="B50607BA8F45461CB0F6B26DD293AB4F2"/>
          </w:pPr>
          <w:r w:rsidRPr="00903A74">
            <w:rPr>
              <w:rStyle w:val="PlaceholderText"/>
            </w:rPr>
            <w:t>Click or tap to enter a date.</w:t>
          </w:r>
        </w:p>
      </w:docPartBody>
    </w:docPart>
    <w:docPart>
      <w:docPartPr>
        <w:name w:val="1A3D7E6851804E5F8B829E0904A8A142"/>
        <w:category>
          <w:name w:val="General"/>
          <w:gallery w:val="placeholder"/>
        </w:category>
        <w:types>
          <w:type w:val="bbPlcHdr"/>
        </w:types>
        <w:behaviors>
          <w:behavior w:val="content"/>
        </w:behaviors>
        <w:guid w:val="{FFF5E82A-F02E-4A46-A131-C0690E6F9CB0}"/>
      </w:docPartPr>
      <w:docPartBody>
        <w:p w:rsidR="00A97A91" w:rsidRDefault="00B6410C" w:rsidP="00B6410C">
          <w:pPr>
            <w:pStyle w:val="1A3D7E6851804E5F8B829E0904A8A1422"/>
          </w:pPr>
          <w:r w:rsidRPr="00903A74">
            <w:rPr>
              <w:rStyle w:val="PlaceholderText"/>
            </w:rPr>
            <w:t>Click or tap to enter a date.</w:t>
          </w:r>
        </w:p>
      </w:docPartBody>
    </w:docPart>
    <w:docPart>
      <w:docPartPr>
        <w:name w:val="C8C2A90A2C4345C9881356699622DA0F"/>
        <w:category>
          <w:name w:val="General"/>
          <w:gallery w:val="placeholder"/>
        </w:category>
        <w:types>
          <w:type w:val="bbPlcHdr"/>
        </w:types>
        <w:behaviors>
          <w:behavior w:val="content"/>
        </w:behaviors>
        <w:guid w:val="{8F86CE3D-50A3-44BB-8644-8AB1FFE13C85}"/>
      </w:docPartPr>
      <w:docPartBody>
        <w:p w:rsidR="00A97A91" w:rsidRDefault="00B6410C" w:rsidP="00B6410C">
          <w:pPr>
            <w:pStyle w:val="C8C2A90A2C4345C9881356699622DA0F2"/>
          </w:pPr>
          <w:r w:rsidRPr="00903A74">
            <w:rPr>
              <w:rStyle w:val="PlaceholderText"/>
            </w:rPr>
            <w:t>Click or tap to enter a date.</w:t>
          </w:r>
        </w:p>
      </w:docPartBody>
    </w:docPart>
    <w:docPart>
      <w:docPartPr>
        <w:name w:val="87D4047CC0F94301AB035A61B2875EA8"/>
        <w:category>
          <w:name w:val="General"/>
          <w:gallery w:val="placeholder"/>
        </w:category>
        <w:types>
          <w:type w:val="bbPlcHdr"/>
        </w:types>
        <w:behaviors>
          <w:behavior w:val="content"/>
        </w:behaviors>
        <w:guid w:val="{2D048E0D-363A-495A-BC10-9CA6586B9857}"/>
      </w:docPartPr>
      <w:docPartBody>
        <w:p w:rsidR="00A97A91" w:rsidRDefault="00B6410C" w:rsidP="00B6410C">
          <w:pPr>
            <w:pStyle w:val="87D4047CC0F94301AB035A61B2875EA82"/>
          </w:pPr>
          <w:r w:rsidRPr="00903A74">
            <w:rPr>
              <w:rStyle w:val="PlaceholderText"/>
            </w:rPr>
            <w:t>Click or tap to enter a date.</w:t>
          </w:r>
        </w:p>
      </w:docPartBody>
    </w:docPart>
    <w:docPart>
      <w:docPartPr>
        <w:name w:val="DDC90BF7810447AFA6D441E9FC34C0A5"/>
        <w:category>
          <w:name w:val="General"/>
          <w:gallery w:val="placeholder"/>
        </w:category>
        <w:types>
          <w:type w:val="bbPlcHdr"/>
        </w:types>
        <w:behaviors>
          <w:behavior w:val="content"/>
        </w:behaviors>
        <w:guid w:val="{FA51BA5E-E9C3-458E-B496-BB9647605B49}"/>
      </w:docPartPr>
      <w:docPartBody>
        <w:p w:rsidR="00A97A91" w:rsidRDefault="00B6410C" w:rsidP="00B6410C">
          <w:pPr>
            <w:pStyle w:val="DDC90BF7810447AFA6D441E9FC34C0A52"/>
          </w:pPr>
          <w:r w:rsidRPr="00537927">
            <w:rPr>
              <w:rStyle w:val="PlaceholderText"/>
            </w:rPr>
            <w:t>Click or tap here to enter text.</w:t>
          </w:r>
        </w:p>
      </w:docPartBody>
    </w:docPart>
    <w:docPart>
      <w:docPartPr>
        <w:name w:val="DFDE4BA3CD7F4EFEAE7615D161834EBB"/>
        <w:category>
          <w:name w:val="General"/>
          <w:gallery w:val="placeholder"/>
        </w:category>
        <w:types>
          <w:type w:val="bbPlcHdr"/>
        </w:types>
        <w:behaviors>
          <w:behavior w:val="content"/>
        </w:behaviors>
        <w:guid w:val="{0395DA35-1758-4B90-B8A6-39576BD4DD59}"/>
      </w:docPartPr>
      <w:docPartBody>
        <w:p w:rsidR="00A97A91" w:rsidRDefault="00B6410C" w:rsidP="00B6410C">
          <w:pPr>
            <w:pStyle w:val="DFDE4BA3CD7F4EFEAE7615D161834EBB2"/>
          </w:pPr>
          <w:r w:rsidRPr="00537927">
            <w:rPr>
              <w:rStyle w:val="PlaceholderText"/>
            </w:rPr>
            <w:t>Click or tap here to enter text.</w:t>
          </w:r>
        </w:p>
      </w:docPartBody>
    </w:docPart>
    <w:docPart>
      <w:docPartPr>
        <w:name w:val="98987633A8AD41A3A4302FB72E89CF8F"/>
        <w:category>
          <w:name w:val="General"/>
          <w:gallery w:val="placeholder"/>
        </w:category>
        <w:types>
          <w:type w:val="bbPlcHdr"/>
        </w:types>
        <w:behaviors>
          <w:behavior w:val="content"/>
        </w:behaviors>
        <w:guid w:val="{8E0EB75C-A46E-4EBB-868E-576B6C206689}"/>
      </w:docPartPr>
      <w:docPartBody>
        <w:p w:rsidR="00A97A91" w:rsidRDefault="00B6410C" w:rsidP="00B6410C">
          <w:pPr>
            <w:pStyle w:val="98987633A8AD41A3A4302FB72E89CF8F2"/>
          </w:pPr>
          <w:r w:rsidRPr="00537927">
            <w:rPr>
              <w:rStyle w:val="PlaceholderText"/>
            </w:rPr>
            <w:t>Click or tap here to enter text.</w:t>
          </w:r>
        </w:p>
      </w:docPartBody>
    </w:docPart>
    <w:docPart>
      <w:docPartPr>
        <w:name w:val="9C4343FC94C74BFBAFF7AA30158ACEFD"/>
        <w:category>
          <w:name w:val="General"/>
          <w:gallery w:val="placeholder"/>
        </w:category>
        <w:types>
          <w:type w:val="bbPlcHdr"/>
        </w:types>
        <w:behaviors>
          <w:behavior w:val="content"/>
        </w:behaviors>
        <w:guid w:val="{1988B58E-DF71-4752-945D-34F1D8C6BB3F}"/>
      </w:docPartPr>
      <w:docPartBody>
        <w:p w:rsidR="00A97A91" w:rsidRDefault="00B6410C" w:rsidP="00B6410C">
          <w:pPr>
            <w:pStyle w:val="9C4343FC94C74BFBAFF7AA30158ACEFD2"/>
          </w:pPr>
          <w:r w:rsidRPr="00537927">
            <w:rPr>
              <w:rStyle w:val="PlaceholderText"/>
            </w:rPr>
            <w:t>Click or tap here to enter text.</w:t>
          </w:r>
        </w:p>
      </w:docPartBody>
    </w:docPart>
    <w:docPart>
      <w:docPartPr>
        <w:name w:val="59A11769FB3E4C7ABDF5EB956AAD75E4"/>
        <w:category>
          <w:name w:val="General"/>
          <w:gallery w:val="placeholder"/>
        </w:category>
        <w:types>
          <w:type w:val="bbPlcHdr"/>
        </w:types>
        <w:behaviors>
          <w:behavior w:val="content"/>
        </w:behaviors>
        <w:guid w:val="{8FDD62CA-CC75-41FB-8452-3474D5BD9043}"/>
      </w:docPartPr>
      <w:docPartBody>
        <w:p w:rsidR="00A97A91" w:rsidRDefault="00B6410C" w:rsidP="00B6410C">
          <w:pPr>
            <w:pStyle w:val="59A11769FB3E4C7ABDF5EB956AAD75E42"/>
          </w:pPr>
          <w:r w:rsidRPr="00537927">
            <w:rPr>
              <w:rStyle w:val="PlaceholderText"/>
            </w:rPr>
            <w:t>Click or tap here to enter text.</w:t>
          </w:r>
        </w:p>
      </w:docPartBody>
    </w:docPart>
    <w:docPart>
      <w:docPartPr>
        <w:name w:val="33B6A03079504DF39F214C9977A57591"/>
        <w:category>
          <w:name w:val="General"/>
          <w:gallery w:val="placeholder"/>
        </w:category>
        <w:types>
          <w:type w:val="bbPlcHdr"/>
        </w:types>
        <w:behaviors>
          <w:behavior w:val="content"/>
        </w:behaviors>
        <w:guid w:val="{9753B68F-6D10-4AD1-BD73-EFF34751F5BB}"/>
      </w:docPartPr>
      <w:docPartBody>
        <w:p w:rsidR="00A97A91" w:rsidRDefault="00B6410C" w:rsidP="00B6410C">
          <w:pPr>
            <w:pStyle w:val="33B6A03079504DF39F214C9977A575912"/>
          </w:pPr>
          <w:r w:rsidRPr="00537927">
            <w:rPr>
              <w:rStyle w:val="PlaceholderText"/>
            </w:rPr>
            <w:t>Click or tap here to enter text.</w:t>
          </w:r>
        </w:p>
      </w:docPartBody>
    </w:docPart>
    <w:docPart>
      <w:docPartPr>
        <w:name w:val="4931D22C6E7C4B3499DAB2422B6E7A87"/>
        <w:category>
          <w:name w:val="General"/>
          <w:gallery w:val="placeholder"/>
        </w:category>
        <w:types>
          <w:type w:val="bbPlcHdr"/>
        </w:types>
        <w:behaviors>
          <w:behavior w:val="content"/>
        </w:behaviors>
        <w:guid w:val="{1E29D2C1-9D92-41BE-9207-0D34C05C5092}"/>
      </w:docPartPr>
      <w:docPartBody>
        <w:p w:rsidR="00A97A91" w:rsidRDefault="00B6410C" w:rsidP="00B6410C">
          <w:pPr>
            <w:pStyle w:val="4931D22C6E7C4B3499DAB2422B6E7A872"/>
          </w:pPr>
          <w:r w:rsidRPr="00537927">
            <w:rPr>
              <w:rStyle w:val="PlaceholderText"/>
            </w:rPr>
            <w:t>Click or tap here to enter text.</w:t>
          </w:r>
        </w:p>
      </w:docPartBody>
    </w:docPart>
    <w:docPart>
      <w:docPartPr>
        <w:name w:val="52BB121936514F9B9B50A34B83C38BC0"/>
        <w:category>
          <w:name w:val="General"/>
          <w:gallery w:val="placeholder"/>
        </w:category>
        <w:types>
          <w:type w:val="bbPlcHdr"/>
        </w:types>
        <w:behaviors>
          <w:behavior w:val="content"/>
        </w:behaviors>
        <w:guid w:val="{D6C30939-3307-42D4-8C9A-FFF00E191806}"/>
      </w:docPartPr>
      <w:docPartBody>
        <w:p w:rsidR="00A97A91" w:rsidRDefault="00B6410C" w:rsidP="00B6410C">
          <w:pPr>
            <w:pStyle w:val="52BB121936514F9B9B50A34B83C38BC02"/>
          </w:pPr>
          <w:r w:rsidRPr="00537927">
            <w:rPr>
              <w:rStyle w:val="PlaceholderText"/>
            </w:rPr>
            <w:t>Click or tap here to enter text.</w:t>
          </w:r>
        </w:p>
      </w:docPartBody>
    </w:docPart>
    <w:docPart>
      <w:docPartPr>
        <w:name w:val="476D8C7BADA2409DBC8CA28EE5B2527C"/>
        <w:category>
          <w:name w:val="General"/>
          <w:gallery w:val="placeholder"/>
        </w:category>
        <w:types>
          <w:type w:val="bbPlcHdr"/>
        </w:types>
        <w:behaviors>
          <w:behavior w:val="content"/>
        </w:behaviors>
        <w:guid w:val="{4233B6B9-F1E9-43A4-BFA9-8603E4DC6F4E}"/>
      </w:docPartPr>
      <w:docPartBody>
        <w:p w:rsidR="00A97A91" w:rsidRDefault="00B6410C" w:rsidP="00B6410C">
          <w:pPr>
            <w:pStyle w:val="476D8C7BADA2409DBC8CA28EE5B2527C2"/>
          </w:pPr>
          <w:r w:rsidRPr="00537927">
            <w:rPr>
              <w:rStyle w:val="PlaceholderText"/>
            </w:rPr>
            <w:t>Click or tap here to enter text.</w:t>
          </w:r>
        </w:p>
      </w:docPartBody>
    </w:docPart>
    <w:docPart>
      <w:docPartPr>
        <w:name w:val="200776DB036042098EB19E4D36F3BA44"/>
        <w:category>
          <w:name w:val="General"/>
          <w:gallery w:val="placeholder"/>
        </w:category>
        <w:types>
          <w:type w:val="bbPlcHdr"/>
        </w:types>
        <w:behaviors>
          <w:behavior w:val="content"/>
        </w:behaviors>
        <w:guid w:val="{CFBA1273-32CF-4AE7-9153-BCD7F1714026}"/>
      </w:docPartPr>
      <w:docPartBody>
        <w:p w:rsidR="00A97A91" w:rsidRDefault="00B6410C" w:rsidP="00B6410C">
          <w:pPr>
            <w:pStyle w:val="200776DB036042098EB19E4D36F3BA442"/>
          </w:pPr>
          <w:r w:rsidRPr="00537927">
            <w:rPr>
              <w:rStyle w:val="PlaceholderText"/>
            </w:rPr>
            <w:t>Click or tap here to enter text.</w:t>
          </w:r>
        </w:p>
      </w:docPartBody>
    </w:docPart>
    <w:docPart>
      <w:docPartPr>
        <w:name w:val="40BE66820AFC4CD689B8BE8279F26F68"/>
        <w:category>
          <w:name w:val="General"/>
          <w:gallery w:val="placeholder"/>
        </w:category>
        <w:types>
          <w:type w:val="bbPlcHdr"/>
        </w:types>
        <w:behaviors>
          <w:behavior w:val="content"/>
        </w:behaviors>
        <w:guid w:val="{300E5EC5-5788-4CD4-8881-B8EC29AF3B01}"/>
      </w:docPartPr>
      <w:docPartBody>
        <w:p w:rsidR="00A97A91" w:rsidRDefault="00B6410C" w:rsidP="00B6410C">
          <w:pPr>
            <w:pStyle w:val="40BE66820AFC4CD689B8BE8279F26F682"/>
          </w:pPr>
          <w:r w:rsidRPr="00903A7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967"/>
    <w:rsid w:val="000A4990"/>
    <w:rsid w:val="00126284"/>
    <w:rsid w:val="00157480"/>
    <w:rsid w:val="00197967"/>
    <w:rsid w:val="004B5B4B"/>
    <w:rsid w:val="007879FE"/>
    <w:rsid w:val="00872820"/>
    <w:rsid w:val="00A97A91"/>
    <w:rsid w:val="00B411C3"/>
    <w:rsid w:val="00B6410C"/>
    <w:rsid w:val="00DC5276"/>
    <w:rsid w:val="00E651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410C"/>
    <w:rPr>
      <w:color w:val="666666"/>
    </w:rPr>
  </w:style>
  <w:style w:type="paragraph" w:customStyle="1" w:styleId="53AA422ACEAF4F4B8BE452C699D9D3C42">
    <w:name w:val="53AA422ACEAF4F4B8BE452C699D9D3C42"/>
    <w:rsid w:val="00B6410C"/>
    <w:pPr>
      <w:spacing w:after="200" w:line="276" w:lineRule="auto"/>
    </w:pPr>
    <w:rPr>
      <w:kern w:val="0"/>
      <w:sz w:val="22"/>
      <w:szCs w:val="22"/>
      <w:lang w:val="en-US" w:eastAsia="en-US"/>
      <w14:ligatures w14:val="none"/>
    </w:rPr>
  </w:style>
  <w:style w:type="paragraph" w:customStyle="1" w:styleId="EDCE972068444328941E4FEDEB038D1A2">
    <w:name w:val="EDCE972068444328941E4FEDEB038D1A2"/>
    <w:rsid w:val="00B6410C"/>
    <w:pPr>
      <w:spacing w:after="200" w:line="276" w:lineRule="auto"/>
    </w:pPr>
    <w:rPr>
      <w:kern w:val="0"/>
      <w:sz w:val="22"/>
      <w:szCs w:val="22"/>
      <w:lang w:val="en-US" w:eastAsia="en-US"/>
      <w14:ligatures w14:val="none"/>
    </w:rPr>
  </w:style>
  <w:style w:type="paragraph" w:customStyle="1" w:styleId="B3F3F82DA05A4D24B96238C0895739E52">
    <w:name w:val="B3F3F82DA05A4D24B96238C0895739E52"/>
    <w:rsid w:val="00B6410C"/>
    <w:pPr>
      <w:spacing w:after="200" w:line="276" w:lineRule="auto"/>
    </w:pPr>
    <w:rPr>
      <w:kern w:val="0"/>
      <w:sz w:val="22"/>
      <w:szCs w:val="22"/>
      <w:lang w:val="en-US" w:eastAsia="en-US"/>
      <w14:ligatures w14:val="none"/>
    </w:rPr>
  </w:style>
  <w:style w:type="paragraph" w:customStyle="1" w:styleId="E00E3E1AE27043F89A38A4E8FE4B17B92">
    <w:name w:val="E00E3E1AE27043F89A38A4E8FE4B17B92"/>
    <w:rsid w:val="00B6410C"/>
    <w:pPr>
      <w:spacing w:after="200" w:line="276" w:lineRule="auto"/>
    </w:pPr>
    <w:rPr>
      <w:kern w:val="0"/>
      <w:sz w:val="22"/>
      <w:szCs w:val="22"/>
      <w:lang w:val="en-US" w:eastAsia="en-US"/>
      <w14:ligatures w14:val="none"/>
    </w:rPr>
  </w:style>
  <w:style w:type="paragraph" w:customStyle="1" w:styleId="4534C50411AE46D98BCD75B63F5675EB2">
    <w:name w:val="4534C50411AE46D98BCD75B63F5675EB2"/>
    <w:rsid w:val="00B6410C"/>
    <w:pPr>
      <w:spacing w:after="200" w:line="276" w:lineRule="auto"/>
    </w:pPr>
    <w:rPr>
      <w:kern w:val="0"/>
      <w:sz w:val="22"/>
      <w:szCs w:val="22"/>
      <w:lang w:val="en-US" w:eastAsia="en-US"/>
      <w14:ligatures w14:val="none"/>
    </w:rPr>
  </w:style>
  <w:style w:type="paragraph" w:customStyle="1" w:styleId="66A0958A99E44FE8B22B493BD7A3B5172">
    <w:name w:val="66A0958A99E44FE8B22B493BD7A3B5172"/>
    <w:rsid w:val="00B6410C"/>
    <w:pPr>
      <w:spacing w:after="200" w:line="276" w:lineRule="auto"/>
    </w:pPr>
    <w:rPr>
      <w:kern w:val="0"/>
      <w:sz w:val="22"/>
      <w:szCs w:val="22"/>
      <w:lang w:val="en-US" w:eastAsia="en-US"/>
      <w14:ligatures w14:val="none"/>
    </w:rPr>
  </w:style>
  <w:style w:type="paragraph" w:customStyle="1" w:styleId="7E692C7F760145CE88BC2D4A48510C282">
    <w:name w:val="7E692C7F760145CE88BC2D4A48510C282"/>
    <w:rsid w:val="00B6410C"/>
    <w:pPr>
      <w:spacing w:after="200" w:line="276" w:lineRule="auto"/>
    </w:pPr>
    <w:rPr>
      <w:kern w:val="0"/>
      <w:sz w:val="22"/>
      <w:szCs w:val="22"/>
      <w:lang w:val="en-US" w:eastAsia="en-US"/>
      <w14:ligatures w14:val="none"/>
    </w:rPr>
  </w:style>
  <w:style w:type="paragraph" w:customStyle="1" w:styleId="320CDEE611584A5398D9B1105C22F8202">
    <w:name w:val="320CDEE611584A5398D9B1105C22F8202"/>
    <w:rsid w:val="00B6410C"/>
    <w:pPr>
      <w:spacing w:after="200" w:line="276" w:lineRule="auto"/>
    </w:pPr>
    <w:rPr>
      <w:kern w:val="0"/>
      <w:sz w:val="22"/>
      <w:szCs w:val="22"/>
      <w:lang w:val="en-US" w:eastAsia="en-US"/>
      <w14:ligatures w14:val="none"/>
    </w:rPr>
  </w:style>
  <w:style w:type="paragraph" w:customStyle="1" w:styleId="2E5B4ACDA13248B68653B1EE9DD547EE2">
    <w:name w:val="2E5B4ACDA13248B68653B1EE9DD547EE2"/>
    <w:rsid w:val="00B6410C"/>
    <w:pPr>
      <w:spacing w:after="200" w:line="276" w:lineRule="auto"/>
    </w:pPr>
    <w:rPr>
      <w:kern w:val="0"/>
      <w:sz w:val="22"/>
      <w:szCs w:val="22"/>
      <w:lang w:val="en-US" w:eastAsia="en-US"/>
      <w14:ligatures w14:val="none"/>
    </w:rPr>
  </w:style>
  <w:style w:type="paragraph" w:customStyle="1" w:styleId="2A0AA8A8ACB44EBDBDB4B461A9319EAB2">
    <w:name w:val="2A0AA8A8ACB44EBDBDB4B461A9319EAB2"/>
    <w:rsid w:val="00B6410C"/>
    <w:pPr>
      <w:spacing w:after="200" w:line="276" w:lineRule="auto"/>
    </w:pPr>
    <w:rPr>
      <w:kern w:val="0"/>
      <w:sz w:val="22"/>
      <w:szCs w:val="22"/>
      <w:lang w:val="en-US" w:eastAsia="en-US"/>
      <w14:ligatures w14:val="none"/>
    </w:rPr>
  </w:style>
  <w:style w:type="paragraph" w:customStyle="1" w:styleId="BDA05EFA2A8E46BB81BF0EF0EC992C8B2">
    <w:name w:val="BDA05EFA2A8E46BB81BF0EF0EC992C8B2"/>
    <w:rsid w:val="00B6410C"/>
    <w:pPr>
      <w:spacing w:after="200" w:line="276" w:lineRule="auto"/>
    </w:pPr>
    <w:rPr>
      <w:kern w:val="0"/>
      <w:sz w:val="22"/>
      <w:szCs w:val="22"/>
      <w:lang w:val="en-US" w:eastAsia="en-US"/>
      <w14:ligatures w14:val="none"/>
    </w:rPr>
  </w:style>
  <w:style w:type="paragraph" w:customStyle="1" w:styleId="BA300DA965974443827D55D0E66084402">
    <w:name w:val="BA300DA965974443827D55D0E66084402"/>
    <w:rsid w:val="00B6410C"/>
    <w:pPr>
      <w:spacing w:after="200" w:line="276" w:lineRule="auto"/>
    </w:pPr>
    <w:rPr>
      <w:kern w:val="0"/>
      <w:sz w:val="22"/>
      <w:szCs w:val="22"/>
      <w:lang w:val="en-US" w:eastAsia="en-US"/>
      <w14:ligatures w14:val="none"/>
    </w:rPr>
  </w:style>
  <w:style w:type="paragraph" w:customStyle="1" w:styleId="0AEDC7787C4D4E14A9441665B710CCAB2">
    <w:name w:val="0AEDC7787C4D4E14A9441665B710CCAB2"/>
    <w:rsid w:val="00B6410C"/>
    <w:pPr>
      <w:spacing w:after="200" w:line="276" w:lineRule="auto"/>
    </w:pPr>
    <w:rPr>
      <w:kern w:val="0"/>
      <w:sz w:val="22"/>
      <w:szCs w:val="22"/>
      <w:lang w:val="en-US" w:eastAsia="en-US"/>
      <w14:ligatures w14:val="none"/>
    </w:rPr>
  </w:style>
  <w:style w:type="paragraph" w:customStyle="1" w:styleId="EB167E7510EA4BFCA59F634CD4F6A76A2">
    <w:name w:val="EB167E7510EA4BFCA59F634CD4F6A76A2"/>
    <w:rsid w:val="00B6410C"/>
    <w:pPr>
      <w:spacing w:after="200" w:line="276" w:lineRule="auto"/>
    </w:pPr>
    <w:rPr>
      <w:kern w:val="0"/>
      <w:sz w:val="22"/>
      <w:szCs w:val="22"/>
      <w:lang w:val="en-US" w:eastAsia="en-US"/>
      <w14:ligatures w14:val="none"/>
    </w:rPr>
  </w:style>
  <w:style w:type="paragraph" w:customStyle="1" w:styleId="B50607BA8F45461CB0F6B26DD293AB4F2">
    <w:name w:val="B50607BA8F45461CB0F6B26DD293AB4F2"/>
    <w:rsid w:val="00B6410C"/>
    <w:pPr>
      <w:spacing w:after="200" w:line="276" w:lineRule="auto"/>
    </w:pPr>
    <w:rPr>
      <w:kern w:val="0"/>
      <w:sz w:val="22"/>
      <w:szCs w:val="22"/>
      <w:lang w:val="en-US" w:eastAsia="en-US"/>
      <w14:ligatures w14:val="none"/>
    </w:rPr>
  </w:style>
  <w:style w:type="paragraph" w:customStyle="1" w:styleId="1A3D7E6851804E5F8B829E0904A8A1422">
    <w:name w:val="1A3D7E6851804E5F8B829E0904A8A1422"/>
    <w:rsid w:val="00B6410C"/>
    <w:pPr>
      <w:spacing w:after="200" w:line="276" w:lineRule="auto"/>
    </w:pPr>
    <w:rPr>
      <w:kern w:val="0"/>
      <w:sz w:val="22"/>
      <w:szCs w:val="22"/>
      <w:lang w:val="en-US" w:eastAsia="en-US"/>
      <w14:ligatures w14:val="none"/>
    </w:rPr>
  </w:style>
  <w:style w:type="paragraph" w:customStyle="1" w:styleId="C8C2A90A2C4345C9881356699622DA0F2">
    <w:name w:val="C8C2A90A2C4345C9881356699622DA0F2"/>
    <w:rsid w:val="00B6410C"/>
    <w:pPr>
      <w:spacing w:after="200" w:line="276" w:lineRule="auto"/>
    </w:pPr>
    <w:rPr>
      <w:kern w:val="0"/>
      <w:sz w:val="22"/>
      <w:szCs w:val="22"/>
      <w:lang w:val="en-US" w:eastAsia="en-US"/>
      <w14:ligatures w14:val="none"/>
    </w:rPr>
  </w:style>
  <w:style w:type="paragraph" w:customStyle="1" w:styleId="87D4047CC0F94301AB035A61B2875EA82">
    <w:name w:val="87D4047CC0F94301AB035A61B2875EA82"/>
    <w:rsid w:val="00B6410C"/>
    <w:pPr>
      <w:spacing w:after="200" w:line="276" w:lineRule="auto"/>
    </w:pPr>
    <w:rPr>
      <w:kern w:val="0"/>
      <w:sz w:val="22"/>
      <w:szCs w:val="22"/>
      <w:lang w:val="en-US" w:eastAsia="en-US"/>
      <w14:ligatures w14:val="none"/>
    </w:rPr>
  </w:style>
  <w:style w:type="paragraph" w:customStyle="1" w:styleId="DDC90BF7810447AFA6D441E9FC34C0A52">
    <w:name w:val="DDC90BF7810447AFA6D441E9FC34C0A52"/>
    <w:rsid w:val="00B6410C"/>
    <w:pPr>
      <w:spacing w:after="200" w:line="276" w:lineRule="auto"/>
    </w:pPr>
    <w:rPr>
      <w:kern w:val="0"/>
      <w:sz w:val="22"/>
      <w:szCs w:val="22"/>
      <w:lang w:val="en-US" w:eastAsia="en-US"/>
      <w14:ligatures w14:val="none"/>
    </w:rPr>
  </w:style>
  <w:style w:type="paragraph" w:customStyle="1" w:styleId="216EAA56EBBA43A99BB1279841C9CF602">
    <w:name w:val="216EAA56EBBA43A99BB1279841C9CF602"/>
    <w:rsid w:val="00B6410C"/>
    <w:pPr>
      <w:spacing w:after="200" w:line="276" w:lineRule="auto"/>
    </w:pPr>
    <w:rPr>
      <w:kern w:val="0"/>
      <w:sz w:val="22"/>
      <w:szCs w:val="22"/>
      <w:lang w:val="en-US" w:eastAsia="en-US"/>
      <w14:ligatures w14:val="none"/>
    </w:rPr>
  </w:style>
  <w:style w:type="paragraph" w:customStyle="1" w:styleId="DFDE4BA3CD7F4EFEAE7615D161834EBB2">
    <w:name w:val="DFDE4BA3CD7F4EFEAE7615D161834EBB2"/>
    <w:rsid w:val="00B6410C"/>
    <w:pPr>
      <w:spacing w:after="200" w:line="276" w:lineRule="auto"/>
    </w:pPr>
    <w:rPr>
      <w:kern w:val="0"/>
      <w:sz w:val="22"/>
      <w:szCs w:val="22"/>
      <w:lang w:val="en-US" w:eastAsia="en-US"/>
      <w14:ligatures w14:val="none"/>
    </w:rPr>
  </w:style>
  <w:style w:type="paragraph" w:customStyle="1" w:styleId="98987633A8AD41A3A4302FB72E89CF8F2">
    <w:name w:val="98987633A8AD41A3A4302FB72E89CF8F2"/>
    <w:rsid w:val="00B6410C"/>
    <w:pPr>
      <w:spacing w:after="200" w:line="276" w:lineRule="auto"/>
    </w:pPr>
    <w:rPr>
      <w:kern w:val="0"/>
      <w:sz w:val="22"/>
      <w:szCs w:val="22"/>
      <w:lang w:val="en-US" w:eastAsia="en-US"/>
      <w14:ligatures w14:val="none"/>
    </w:rPr>
  </w:style>
  <w:style w:type="paragraph" w:customStyle="1" w:styleId="9C4343FC94C74BFBAFF7AA30158ACEFD2">
    <w:name w:val="9C4343FC94C74BFBAFF7AA30158ACEFD2"/>
    <w:rsid w:val="00B6410C"/>
    <w:pPr>
      <w:spacing w:after="200" w:line="276" w:lineRule="auto"/>
    </w:pPr>
    <w:rPr>
      <w:kern w:val="0"/>
      <w:sz w:val="22"/>
      <w:szCs w:val="22"/>
      <w:lang w:val="en-US" w:eastAsia="en-US"/>
      <w14:ligatures w14:val="none"/>
    </w:rPr>
  </w:style>
  <w:style w:type="paragraph" w:customStyle="1" w:styleId="59A11769FB3E4C7ABDF5EB956AAD75E42">
    <w:name w:val="59A11769FB3E4C7ABDF5EB956AAD75E42"/>
    <w:rsid w:val="00B6410C"/>
    <w:pPr>
      <w:spacing w:after="200" w:line="276" w:lineRule="auto"/>
    </w:pPr>
    <w:rPr>
      <w:kern w:val="0"/>
      <w:sz w:val="22"/>
      <w:szCs w:val="22"/>
      <w:lang w:val="en-US" w:eastAsia="en-US"/>
      <w14:ligatures w14:val="none"/>
    </w:rPr>
  </w:style>
  <w:style w:type="paragraph" w:customStyle="1" w:styleId="33B6A03079504DF39F214C9977A575912">
    <w:name w:val="33B6A03079504DF39F214C9977A575912"/>
    <w:rsid w:val="00B6410C"/>
    <w:pPr>
      <w:spacing w:after="200" w:line="276" w:lineRule="auto"/>
    </w:pPr>
    <w:rPr>
      <w:kern w:val="0"/>
      <w:sz w:val="22"/>
      <w:szCs w:val="22"/>
      <w:lang w:val="en-US" w:eastAsia="en-US"/>
      <w14:ligatures w14:val="none"/>
    </w:rPr>
  </w:style>
  <w:style w:type="paragraph" w:customStyle="1" w:styleId="4931D22C6E7C4B3499DAB2422B6E7A872">
    <w:name w:val="4931D22C6E7C4B3499DAB2422B6E7A872"/>
    <w:rsid w:val="00B6410C"/>
    <w:pPr>
      <w:spacing w:after="200" w:line="276" w:lineRule="auto"/>
    </w:pPr>
    <w:rPr>
      <w:kern w:val="0"/>
      <w:sz w:val="22"/>
      <w:szCs w:val="22"/>
      <w:lang w:val="en-US" w:eastAsia="en-US"/>
      <w14:ligatures w14:val="none"/>
    </w:rPr>
  </w:style>
  <w:style w:type="paragraph" w:customStyle="1" w:styleId="52BB121936514F9B9B50A34B83C38BC02">
    <w:name w:val="52BB121936514F9B9B50A34B83C38BC02"/>
    <w:rsid w:val="00B6410C"/>
    <w:pPr>
      <w:spacing w:after="200" w:line="276" w:lineRule="auto"/>
    </w:pPr>
    <w:rPr>
      <w:kern w:val="0"/>
      <w:sz w:val="22"/>
      <w:szCs w:val="22"/>
      <w:lang w:val="en-US" w:eastAsia="en-US"/>
      <w14:ligatures w14:val="none"/>
    </w:rPr>
  </w:style>
  <w:style w:type="paragraph" w:customStyle="1" w:styleId="476D8C7BADA2409DBC8CA28EE5B2527C2">
    <w:name w:val="476D8C7BADA2409DBC8CA28EE5B2527C2"/>
    <w:rsid w:val="00B6410C"/>
    <w:pPr>
      <w:spacing w:after="200" w:line="276" w:lineRule="auto"/>
    </w:pPr>
    <w:rPr>
      <w:kern w:val="0"/>
      <w:sz w:val="22"/>
      <w:szCs w:val="22"/>
      <w:lang w:val="en-US" w:eastAsia="en-US"/>
      <w14:ligatures w14:val="none"/>
    </w:rPr>
  </w:style>
  <w:style w:type="paragraph" w:customStyle="1" w:styleId="200776DB036042098EB19E4D36F3BA442">
    <w:name w:val="200776DB036042098EB19E4D36F3BA442"/>
    <w:rsid w:val="00B6410C"/>
    <w:pPr>
      <w:spacing w:after="200" w:line="276" w:lineRule="auto"/>
    </w:pPr>
    <w:rPr>
      <w:kern w:val="0"/>
      <w:sz w:val="22"/>
      <w:szCs w:val="22"/>
      <w:lang w:val="en-US" w:eastAsia="en-US"/>
      <w14:ligatures w14:val="none"/>
    </w:rPr>
  </w:style>
  <w:style w:type="paragraph" w:customStyle="1" w:styleId="40BE66820AFC4CD689B8BE8279F26F682">
    <w:name w:val="40BE66820AFC4CD689B8BE8279F26F682"/>
    <w:rsid w:val="00B6410C"/>
    <w:pPr>
      <w:spacing w:after="200" w:line="276" w:lineRule="auto"/>
    </w:pPr>
    <w:rPr>
      <w:kern w:val="0"/>
      <w:sz w:val="22"/>
      <w:szCs w:val="22"/>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Nicole Constance</cp:lastModifiedBy>
  <cp:revision>7</cp:revision>
  <cp:lastPrinted>2025-08-05T04:12:00Z</cp:lastPrinted>
  <dcterms:created xsi:type="dcterms:W3CDTF">2025-08-05T14:12:00Z</dcterms:created>
  <dcterms:modified xsi:type="dcterms:W3CDTF">2025-08-20T18:51:00Z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46ec4049,4303c86a,5f13997f</vt:lpwstr>
  </property>
  <property fmtid="{D5CDD505-2E9C-101B-9397-08002B2CF9AE}" pid="3" name="ClassificationContentMarkingHeaderFontProps">
    <vt:lpwstr>#000000,10,Calibri</vt:lpwstr>
  </property>
  <property fmtid="{D5CDD505-2E9C-101B-9397-08002B2CF9AE}" pid="4" name="ClassificationContentMarkingHeaderText">
    <vt:lpwstr>Hamilton Health Sciences - Internal</vt:lpwstr>
  </property>
  <property fmtid="{D5CDD505-2E9C-101B-9397-08002B2CF9AE}" pid="5" name="MSIP_Label_28a9d388-0e2b-4b6a-a944-303b110fe337_Enabled">
    <vt:lpwstr>true</vt:lpwstr>
  </property>
  <property fmtid="{D5CDD505-2E9C-101B-9397-08002B2CF9AE}" pid="6" name="MSIP_Label_28a9d388-0e2b-4b6a-a944-303b110fe337_SetDate">
    <vt:lpwstr>2025-08-05T13:45:22Z</vt:lpwstr>
  </property>
  <property fmtid="{D5CDD505-2E9C-101B-9397-08002B2CF9AE}" pid="7" name="MSIP_Label_28a9d388-0e2b-4b6a-a944-303b110fe337_Method">
    <vt:lpwstr>Standard</vt:lpwstr>
  </property>
  <property fmtid="{D5CDD505-2E9C-101B-9397-08002B2CF9AE}" pid="8" name="MSIP_Label_28a9d388-0e2b-4b6a-a944-303b110fe337_Name">
    <vt:lpwstr>Internal</vt:lpwstr>
  </property>
  <property fmtid="{D5CDD505-2E9C-101B-9397-08002B2CF9AE}" pid="9" name="MSIP_Label_28a9d388-0e2b-4b6a-a944-303b110fe337_SiteId">
    <vt:lpwstr>c2510544-5d19-4182-8823-4febd9ca3152</vt:lpwstr>
  </property>
  <property fmtid="{D5CDD505-2E9C-101B-9397-08002B2CF9AE}" pid="10" name="MSIP_Label_28a9d388-0e2b-4b6a-a944-303b110fe337_ActionId">
    <vt:lpwstr>c6ffed7b-86c7-4394-8605-b6700ec13a28</vt:lpwstr>
  </property>
  <property fmtid="{D5CDD505-2E9C-101B-9397-08002B2CF9AE}" pid="11" name="MSIP_Label_28a9d388-0e2b-4b6a-a944-303b110fe337_ContentBits">
    <vt:lpwstr>1</vt:lpwstr>
  </property>
  <property fmtid="{D5CDD505-2E9C-101B-9397-08002B2CF9AE}" pid="12" name="MSIP_Label_28a9d388-0e2b-4b6a-a944-303b110fe337_Tag">
    <vt:lpwstr>10, 3, 0, 1</vt:lpwstr>
  </property>
</Properties>
</file>